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703F" w14:textId="77777777" w:rsidR="00230A81" w:rsidRDefault="00000000">
      <w:pPr>
        <w:keepNext/>
        <w:jc w:val="center"/>
      </w:pPr>
      <w:r>
        <w:rPr>
          <w:b/>
          <w:sz w:val="21"/>
        </w:rPr>
        <w:t>AFYON KOCATEPE ÜNİVERSİTESİ</w:t>
      </w:r>
    </w:p>
    <w:p w14:paraId="07C91302" w14:textId="77777777" w:rsidR="00230A81" w:rsidRDefault="00000000">
      <w:pPr>
        <w:keepNext/>
        <w:jc w:val="center"/>
      </w:pPr>
      <w:r>
        <w:rPr>
          <w:b/>
          <w:sz w:val="21"/>
        </w:rPr>
        <w:t>SANDIKLI UYGULAMALI BİLİMLER YÜKSEKOKULU</w:t>
      </w:r>
    </w:p>
    <w:p w14:paraId="47EAD96A" w14:textId="77777777" w:rsidR="00230A81" w:rsidRDefault="00000000">
      <w:pPr>
        <w:keepNext/>
        <w:jc w:val="center"/>
      </w:pPr>
      <w:r>
        <w:rPr>
          <w:b/>
          <w:sz w:val="21"/>
        </w:rPr>
        <w:t>ÇOCUK GELİŞİMİ BÖLÜMÜ</w:t>
      </w:r>
    </w:p>
    <w:p w14:paraId="17A39F5C" w14:textId="77777777" w:rsidR="00230A81" w:rsidRDefault="00000000">
      <w:pPr>
        <w:keepNext/>
        <w:jc w:val="center"/>
      </w:pPr>
      <w:r>
        <w:rPr>
          <w:b/>
          <w:sz w:val="21"/>
        </w:rPr>
        <w:t>2026-2027 GÜZ YARIYILI ARA SINAV TAKVİMİ</w:t>
      </w:r>
    </w:p>
    <w:p w14:paraId="7B255CD1" w14:textId="77777777" w:rsidR="00230A81" w:rsidRDefault="00230A81">
      <w:pPr>
        <w:spacing w:after="1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799"/>
        <w:gridCol w:w="1548"/>
        <w:gridCol w:w="4297"/>
        <w:gridCol w:w="952"/>
        <w:gridCol w:w="1650"/>
        <w:gridCol w:w="4099"/>
      </w:tblGrid>
      <w:tr w:rsidR="00230A81" w14:paraId="28AC30C6" w14:textId="77777777">
        <w:trPr>
          <w:tblHeader/>
          <w:jc w:val="center"/>
        </w:trPr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66BA4E" w14:textId="77777777" w:rsidR="00230A81" w:rsidRDefault="00000000">
            <w:pPr>
              <w:jc w:val="center"/>
            </w:pPr>
            <w:r>
              <w:rPr>
                <w:b/>
              </w:rPr>
              <w:t>TARİH</w:t>
            </w:r>
          </w:p>
        </w:tc>
        <w:tc>
          <w:tcPr>
            <w:tcW w:w="7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063041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1548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76195C" w14:textId="77777777" w:rsidR="00230A81" w:rsidRDefault="00000000">
            <w:pPr>
              <w:jc w:val="center"/>
            </w:pPr>
            <w:r>
              <w:rPr>
                <w:b/>
              </w:rPr>
              <w:t>BÖLÜM-SINIF</w:t>
            </w:r>
          </w:p>
        </w:tc>
        <w:tc>
          <w:tcPr>
            <w:tcW w:w="4297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4B7C00E" w14:textId="77777777" w:rsidR="00230A81" w:rsidRDefault="00000000">
            <w:pPr>
              <w:jc w:val="center"/>
            </w:pPr>
            <w:r>
              <w:rPr>
                <w:b/>
              </w:rPr>
              <w:t>DERS</w:t>
            </w:r>
          </w:p>
        </w:tc>
        <w:tc>
          <w:tcPr>
            <w:tcW w:w="952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4FA690" w14:textId="77777777" w:rsidR="00230A81" w:rsidRDefault="00000000">
            <w:pPr>
              <w:jc w:val="center"/>
            </w:pPr>
            <w:r>
              <w:rPr>
                <w:b/>
              </w:rPr>
              <w:t>SAYI</w:t>
            </w:r>
          </w:p>
        </w:tc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B5B51B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  <w:tc>
          <w:tcPr>
            <w:tcW w:w="40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F1C1FE" w14:textId="77777777" w:rsidR="00230A81" w:rsidRDefault="00000000">
            <w:pPr>
              <w:jc w:val="center"/>
            </w:pPr>
            <w:r>
              <w:rPr>
                <w:b/>
              </w:rPr>
              <w:t>ÖĞRETİM ELEMANI</w:t>
            </w:r>
          </w:p>
        </w:tc>
      </w:tr>
      <w:tr w:rsidR="00230A81" w14:paraId="69EFFFF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D7ED60" w14:textId="77777777" w:rsidR="00230A81" w:rsidRDefault="00000000">
            <w:pPr>
              <w:jc w:val="center"/>
            </w:pPr>
            <w:r>
              <w:rPr>
                <w:b/>
              </w:rPr>
              <w:t xml:space="preserve">9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Pazartesi</w:t>
            </w:r>
            <w:proofErr w:type="spellEnd"/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6BA66BA" w14:textId="77777777" w:rsidR="00230A81" w:rsidRDefault="00000000">
            <w:pPr>
              <w:jc w:val="center"/>
            </w:pPr>
            <w:r>
              <w:t>09:30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03A1F2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68997B" w14:textId="77777777" w:rsidR="00230A81" w:rsidRDefault="00000000">
            <w:r>
              <w:t xml:space="preserve">Erken </w:t>
            </w:r>
            <w:proofErr w:type="spellStart"/>
            <w:r>
              <w:t>Çocukluk</w:t>
            </w:r>
            <w:proofErr w:type="spellEnd"/>
            <w:r>
              <w:t xml:space="preserve"> </w:t>
            </w:r>
            <w:proofErr w:type="spellStart"/>
            <w:r>
              <w:t>Döneminde</w:t>
            </w:r>
            <w:proofErr w:type="spellEnd"/>
            <w:r>
              <w:t xml:space="preserve"> Program </w:t>
            </w:r>
            <w:proofErr w:type="spellStart"/>
            <w:r>
              <w:t>Geliştirme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DD4D1FC" w14:textId="77777777" w:rsidR="00230A81" w:rsidRDefault="00000000">
            <w:pPr>
              <w:jc w:val="center"/>
            </w:pPr>
            <w:r>
              <w:t>47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888344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820B5ED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32585F02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3C844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AB3278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BBF28B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E54AD3D" w14:textId="77777777" w:rsidR="00230A81" w:rsidRDefault="00000000">
            <w:proofErr w:type="spellStart"/>
            <w:r>
              <w:t>Gelişimsel</w:t>
            </w:r>
            <w:proofErr w:type="spellEnd"/>
            <w:r>
              <w:t xml:space="preserve"> </w:t>
            </w:r>
            <w:proofErr w:type="spellStart"/>
            <w:r>
              <w:t>Tanı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  <w:r>
              <w:t xml:space="preserve"> </w:t>
            </w:r>
            <w:proofErr w:type="spellStart"/>
            <w:r>
              <w:t>Yöntemleri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86E8FB" w14:textId="77777777" w:rsidR="00230A81" w:rsidRDefault="00000000">
            <w:pPr>
              <w:jc w:val="center"/>
            </w:pPr>
            <w:r>
              <w:t>47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FA4CDA2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71A1C8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760A98E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41920B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8C59F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63DB0D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5D78AC2" w14:textId="77777777" w:rsidR="00230A81" w:rsidRDefault="00000000">
            <w:proofErr w:type="spellStart"/>
            <w:r>
              <w:t>İletişim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Halkla</w:t>
            </w:r>
            <w:proofErr w:type="spellEnd"/>
            <w:r>
              <w:t xml:space="preserve"> </w:t>
            </w:r>
            <w:proofErr w:type="spellStart"/>
            <w:r>
              <w:t>İlişkiler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F30793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E7656BE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EA5D4F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Emrah BOZKURT</w:t>
            </w:r>
          </w:p>
        </w:tc>
      </w:tr>
      <w:tr w:rsidR="00230A81" w14:paraId="6967DB8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F99DEC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03EC3B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A8A63E8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279844" w14:textId="77777777" w:rsidR="00230A81" w:rsidRDefault="00000000">
            <w:r>
              <w:t xml:space="preserve">Üstün </w:t>
            </w:r>
            <w:proofErr w:type="spellStart"/>
            <w:r>
              <w:t>Yetenekli</w:t>
            </w:r>
            <w:proofErr w:type="spellEnd"/>
            <w:r>
              <w:t xml:space="preserve"> </w:t>
            </w:r>
            <w:proofErr w:type="spellStart"/>
            <w:r>
              <w:t>Çocuklar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C095281" w14:textId="77777777" w:rsidR="00230A81" w:rsidRDefault="00000000">
            <w:pPr>
              <w:jc w:val="center"/>
            </w:pPr>
            <w:r>
              <w:t>51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AEE49F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8585B9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4398FB0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5CC0C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5C4EC3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4658B9" w14:textId="77777777" w:rsidR="00230A81" w:rsidRDefault="00000000">
            <w:pPr>
              <w:jc w:val="center"/>
            </w:pPr>
            <w:r>
              <w:t>P. Formasyon-2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C6686E" w14:textId="77777777" w:rsidR="00230A81" w:rsidRDefault="00000000">
            <w:proofErr w:type="spellStart"/>
            <w:r>
              <w:t>Eğitime</w:t>
            </w:r>
            <w:proofErr w:type="spellEnd"/>
            <w:r>
              <w:t xml:space="preserve"> </w:t>
            </w:r>
            <w:proofErr w:type="spellStart"/>
            <w:r>
              <w:t>Giriş</w:t>
            </w:r>
            <w:proofErr w:type="spellEnd"/>
            <w:r>
              <w:t xml:space="preserve"> (</w:t>
            </w:r>
            <w:proofErr w:type="spellStart"/>
            <w:r>
              <w:t>Formasyon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CA118C9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B407BD0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3DA9529" w14:textId="77777777" w:rsidR="00230A81" w:rsidRDefault="0000000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Ramazan YURTSEVEN</w:t>
            </w:r>
          </w:p>
        </w:tc>
      </w:tr>
      <w:tr w:rsidR="00230A81" w14:paraId="51F6D0E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EE2C056" w14:textId="77777777" w:rsidR="00230A81" w:rsidRDefault="00000000">
            <w:pPr>
              <w:jc w:val="center"/>
            </w:pPr>
            <w:r>
              <w:rPr>
                <w:b/>
              </w:rPr>
              <w:t xml:space="preserve">10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Salı</w:t>
            </w:r>
            <w:proofErr w:type="spellEnd"/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F9950F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D836EA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1BFA060" w14:textId="77777777" w:rsidR="00230A81" w:rsidRDefault="00000000">
            <w:proofErr w:type="spellStart"/>
            <w:r>
              <w:t>Sosyal</w:t>
            </w:r>
            <w:proofErr w:type="spellEnd"/>
            <w:r>
              <w:t xml:space="preserve"> </w:t>
            </w:r>
            <w:proofErr w:type="spellStart"/>
            <w:r>
              <w:t>Gelişim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7855F9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86F5CA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903965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36F01F9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B9E9E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4EA8D7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B03837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697669" w14:textId="77777777" w:rsidR="00230A81" w:rsidRDefault="00000000">
            <w:proofErr w:type="spellStart"/>
            <w:r>
              <w:t>Araştırma</w:t>
            </w:r>
            <w:proofErr w:type="spellEnd"/>
            <w:r>
              <w:t xml:space="preserve"> </w:t>
            </w:r>
            <w:proofErr w:type="spellStart"/>
            <w:r>
              <w:t>Teknikleri</w:t>
            </w:r>
            <w:proofErr w:type="spellEnd"/>
            <w:r>
              <w:t xml:space="preserve"> I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F09195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0DC923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EA0C8C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693B96DF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4F9B230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35A158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67B98DE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EA445B3" w14:textId="77777777" w:rsidR="00230A81" w:rsidRDefault="00000000"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Gelişimine</w:t>
            </w:r>
            <w:proofErr w:type="spellEnd"/>
            <w:r>
              <w:t xml:space="preserve"> </w:t>
            </w:r>
            <w:proofErr w:type="spellStart"/>
            <w:r>
              <w:t>Giriş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F12E80D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5D16AA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53B265D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07732613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17E817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2F9697" w14:textId="77777777" w:rsidR="00230A81" w:rsidRDefault="00000000">
            <w:pPr>
              <w:jc w:val="center"/>
            </w:pPr>
            <w: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B10FB2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B40EA3" w14:textId="77777777" w:rsidR="00230A81" w:rsidRDefault="00000000">
            <w:r>
              <w:t xml:space="preserve">Erken </w:t>
            </w:r>
            <w:proofErr w:type="spellStart"/>
            <w:r>
              <w:t>Müdahale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A23710" w14:textId="77777777" w:rsidR="00230A81" w:rsidRDefault="000000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5275553" w14:textId="6D1D7BC2" w:rsidR="00230A81" w:rsidRDefault="00D0757E">
            <w:pPr>
              <w:jc w:val="center"/>
            </w:pPr>
            <w:r>
              <w:t>101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013C4C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4E84A38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88610B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5FFE16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76F04D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EDA9B2" w14:textId="77777777" w:rsidR="00230A81" w:rsidRDefault="00000000">
            <w:r>
              <w:t xml:space="preserve">Aile </w:t>
            </w:r>
            <w:proofErr w:type="spellStart"/>
            <w:r>
              <w:t>Danışmanlığı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593BE8B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01D321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0D83C4" w14:textId="77777777" w:rsidR="00230A81" w:rsidRDefault="0000000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Mahmut ERDİL</w:t>
            </w:r>
          </w:p>
        </w:tc>
      </w:tr>
      <w:tr w:rsidR="00230A81" w14:paraId="03ACFFA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82947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9875176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4CCB5E" w14:textId="77777777" w:rsidR="00230A81" w:rsidRDefault="00000000">
            <w:pPr>
              <w:jc w:val="center"/>
            </w:pPr>
            <w:r>
              <w:t>P. Formasyon-3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22DB7E" w14:textId="77777777" w:rsidR="00230A81" w:rsidRDefault="00000000">
            <w:proofErr w:type="spellStart"/>
            <w:r>
              <w:t>Eğitimde</w:t>
            </w:r>
            <w:proofErr w:type="spellEnd"/>
            <w:r>
              <w:t xml:space="preserve"> </w:t>
            </w:r>
            <w:proofErr w:type="spellStart"/>
            <w:r>
              <w:t>Ölçme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  <w:r>
              <w:t xml:space="preserve"> (</w:t>
            </w:r>
            <w:proofErr w:type="spellStart"/>
            <w:r>
              <w:t>Formasyon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C4B64D6" w14:textId="77777777" w:rsidR="00230A81" w:rsidRDefault="000000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684D72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36FD0E0" w14:textId="77777777" w:rsidR="00230A81" w:rsidRDefault="00000000">
            <w:proofErr w:type="spellStart"/>
            <w:r>
              <w:t>Doç</w:t>
            </w:r>
            <w:proofErr w:type="spellEnd"/>
            <w:r>
              <w:t>. Dr. Esra TEKEL</w:t>
            </w:r>
          </w:p>
        </w:tc>
      </w:tr>
      <w:tr w:rsidR="00230A81" w14:paraId="43322A62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D7D706" w14:textId="77777777" w:rsidR="00230A81" w:rsidRDefault="00000000">
            <w:pPr>
              <w:jc w:val="center"/>
            </w:pPr>
            <w:r>
              <w:rPr>
                <w:b/>
              </w:rPr>
              <w:t xml:space="preserve">11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Çarşamba</w:t>
            </w:r>
            <w:proofErr w:type="spellEnd"/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960CD9B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BC97A3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122A5E" w14:textId="77777777" w:rsidR="00230A81" w:rsidRDefault="00000000">
            <w:proofErr w:type="spellStart"/>
            <w:r>
              <w:t>Akran</w:t>
            </w:r>
            <w:proofErr w:type="spellEnd"/>
            <w:r>
              <w:t xml:space="preserve"> </w:t>
            </w:r>
            <w:proofErr w:type="spellStart"/>
            <w:r>
              <w:t>İlişkileri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Zorbalık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2F0568E" w14:textId="77777777" w:rsidR="00230A81" w:rsidRDefault="00000000">
            <w:pPr>
              <w:jc w:val="center"/>
            </w:pPr>
            <w:r>
              <w:t>52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935498C" w14:textId="77777777" w:rsidR="00230A81" w:rsidRDefault="00000000">
            <w:pPr>
              <w:jc w:val="center"/>
            </w:pPr>
            <w:r>
              <w:t>101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C535009" w14:textId="77777777" w:rsidR="00230A81" w:rsidRDefault="00000000">
            <w:proofErr w:type="spellStart"/>
            <w:r>
              <w:t>Doç</w:t>
            </w:r>
            <w:proofErr w:type="spellEnd"/>
            <w:r>
              <w:t>. Dr. Hüseyin BATMAN</w:t>
            </w:r>
          </w:p>
        </w:tc>
      </w:tr>
      <w:tr w:rsidR="00230A81" w14:paraId="32A8A2A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690C58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F669F1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4B084F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8A9CA9" w14:textId="072AE388" w:rsidR="00230A81" w:rsidRDefault="00000000">
            <w:proofErr w:type="spellStart"/>
            <w:r>
              <w:t>Yabancı</w:t>
            </w:r>
            <w:proofErr w:type="spellEnd"/>
            <w:r>
              <w:t xml:space="preserve"> Dil I 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A8D0B1" w14:textId="77777777" w:rsidR="00230A81" w:rsidRDefault="00000000">
            <w:pPr>
              <w:jc w:val="center"/>
            </w:pPr>
            <w:r>
              <w:t>23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5AF337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314173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7E93601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74E49F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1735638" w14:textId="77777777" w:rsidR="00230A81" w:rsidRDefault="00000000">
            <w:pPr>
              <w:jc w:val="center"/>
            </w:pPr>
            <w: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BF6D80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D88218" w14:textId="77777777" w:rsidR="00230A81" w:rsidRDefault="00000000">
            <w:proofErr w:type="spellStart"/>
            <w:r>
              <w:t>İşaret</w:t>
            </w:r>
            <w:proofErr w:type="spellEnd"/>
            <w:r>
              <w:t xml:space="preserve"> Dili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03AE34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B3F043D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928209" w14:textId="77777777" w:rsidR="00230A81" w:rsidRDefault="00000000">
            <w:proofErr w:type="spellStart"/>
            <w:r>
              <w:t>Öğr</w:t>
            </w:r>
            <w:proofErr w:type="spellEnd"/>
            <w:r>
              <w:t>. Özkan BERAT</w:t>
            </w:r>
          </w:p>
        </w:tc>
      </w:tr>
      <w:tr w:rsidR="00230A81" w14:paraId="7F68B58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6D97358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F2AEAE3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C81B9F0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7C7243A" w14:textId="77777777" w:rsidR="00230A81" w:rsidRDefault="00000000">
            <w:proofErr w:type="spellStart"/>
            <w:r>
              <w:t>Bebeklik</w:t>
            </w:r>
            <w:proofErr w:type="spellEnd"/>
            <w:r>
              <w:t xml:space="preserve"> </w:t>
            </w:r>
            <w:proofErr w:type="spellStart"/>
            <w:r>
              <w:t>Döneminde</w:t>
            </w:r>
            <w:proofErr w:type="spellEnd"/>
            <w:r>
              <w:t xml:space="preserve"> Gelişim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C5783F" w14:textId="77777777" w:rsidR="00230A81" w:rsidRDefault="00000000">
            <w:pPr>
              <w:jc w:val="center"/>
            </w:pPr>
            <w:r>
              <w:t>31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A2E50D" w14:textId="77777777" w:rsidR="00230A81" w:rsidRDefault="000000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39E73C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Ümmügülsüm ÜNLÜ</w:t>
            </w:r>
          </w:p>
        </w:tc>
      </w:tr>
      <w:tr w:rsidR="00230A81" w14:paraId="7D6441C7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08AF84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425310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A796D3E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60DAF6" w14:textId="77777777" w:rsidR="00230A81" w:rsidRDefault="00000000">
            <w:proofErr w:type="spellStart"/>
            <w:r>
              <w:t>Çocuk</w:t>
            </w:r>
            <w:proofErr w:type="spellEnd"/>
            <w:r>
              <w:t xml:space="preserve">, Sanat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Yaratıcılık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BCD785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4A50673" w14:textId="77777777" w:rsidR="00230A81" w:rsidRDefault="000000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F52A4A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Ümmügülsüm ÜNLÜ</w:t>
            </w:r>
          </w:p>
        </w:tc>
      </w:tr>
      <w:tr w:rsidR="00230A81" w14:paraId="7A30F04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3C7AE3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43193A" w14:textId="77777777" w:rsidR="00230A81" w:rsidRDefault="00000000">
            <w:pPr>
              <w:jc w:val="center"/>
            </w:pPr>
            <w:r>
              <w:t>17:00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22B99D8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B9A9CA" w14:textId="77777777" w:rsidR="00230A81" w:rsidRDefault="00000000">
            <w:r>
              <w:t xml:space="preserve">Türk Dili I – </w:t>
            </w:r>
            <w:proofErr w:type="spellStart"/>
            <w:r>
              <w:t>Çevrim</w:t>
            </w:r>
            <w:proofErr w:type="spellEnd"/>
            <w:r>
              <w:t xml:space="preserve"> </w:t>
            </w:r>
            <w:proofErr w:type="spellStart"/>
            <w:r>
              <w:t>İçi</w:t>
            </w:r>
            <w:proofErr w:type="spellEnd"/>
            <w:r>
              <w:t xml:space="preserve"> </w:t>
            </w:r>
            <w:proofErr w:type="spellStart"/>
            <w:r>
              <w:t>Sınav</w:t>
            </w:r>
            <w:proofErr w:type="spellEnd"/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6B39EAC" w14:textId="77777777" w:rsidR="00230A81" w:rsidRDefault="00000000">
            <w:pPr>
              <w:jc w:val="center"/>
            </w:pPr>
            <w:r>
              <w:t>57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DB02BA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4047608" w14:textId="77777777" w:rsidR="00230A81" w:rsidRDefault="00000000">
            <w:r>
              <w:t xml:space="preserve">Arş. </w:t>
            </w:r>
            <w:proofErr w:type="spellStart"/>
            <w:r>
              <w:t>Gör</w:t>
            </w:r>
            <w:proofErr w:type="spellEnd"/>
            <w:r>
              <w:t>. Dr. Adnan YILDIZ</w:t>
            </w:r>
          </w:p>
        </w:tc>
      </w:tr>
      <w:tr w:rsidR="00230A81" w14:paraId="5520FB9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27F297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677BC0" w14:textId="77777777" w:rsidR="00230A81" w:rsidRDefault="00000000">
            <w:pPr>
              <w:jc w:val="center"/>
            </w:pPr>
            <w:r>
              <w:t>20:00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4033856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950EF1" w14:textId="77777777" w:rsidR="00230A81" w:rsidRDefault="00000000">
            <w:r>
              <w:t xml:space="preserve">Atatürk </w:t>
            </w:r>
            <w:proofErr w:type="spellStart"/>
            <w:r>
              <w:t>İlkeleri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İnkılap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 xml:space="preserve"> I – </w:t>
            </w:r>
            <w:proofErr w:type="spellStart"/>
            <w:r>
              <w:t>Çevrim</w:t>
            </w:r>
            <w:proofErr w:type="spellEnd"/>
            <w:r>
              <w:t xml:space="preserve"> </w:t>
            </w:r>
            <w:proofErr w:type="spellStart"/>
            <w:r>
              <w:t>İçi</w:t>
            </w:r>
            <w:proofErr w:type="spellEnd"/>
            <w:r>
              <w:t xml:space="preserve"> </w:t>
            </w:r>
            <w:proofErr w:type="spellStart"/>
            <w:r>
              <w:t>Sınav</w:t>
            </w:r>
            <w:proofErr w:type="spellEnd"/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6AE2E7" w14:textId="77777777" w:rsidR="00230A81" w:rsidRDefault="00000000">
            <w:pPr>
              <w:jc w:val="center"/>
            </w:pPr>
            <w:r>
              <w:t>57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68FB055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6C5C63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Burak Ahmet SAKA</w:t>
            </w:r>
          </w:p>
        </w:tc>
      </w:tr>
      <w:tr w:rsidR="00230A81" w14:paraId="620664FF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60771E" w14:textId="77777777" w:rsidR="00230A81" w:rsidRDefault="00000000">
            <w:pPr>
              <w:jc w:val="center"/>
            </w:pPr>
            <w:r>
              <w:rPr>
                <w:b/>
              </w:rPr>
              <w:t xml:space="preserve">12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Perşembe</w:t>
            </w:r>
            <w:proofErr w:type="spellEnd"/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C69AA2" w14:textId="77777777" w:rsidR="00230A81" w:rsidRDefault="00000000">
            <w:pPr>
              <w:jc w:val="center"/>
            </w:pPr>
            <w:r>
              <w:t>9:30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26FF82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1250316" w14:textId="77777777" w:rsidR="00230A81" w:rsidRDefault="00000000">
            <w:proofErr w:type="spellStart"/>
            <w:r>
              <w:t>Gelişimsel</w:t>
            </w:r>
            <w:proofErr w:type="spellEnd"/>
            <w:r>
              <w:t xml:space="preserve"> </w:t>
            </w:r>
            <w:proofErr w:type="spellStart"/>
            <w:r>
              <w:t>Psikopatoloji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F402D7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1DAD26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488753C" w14:textId="77777777" w:rsidR="00230A81" w:rsidRDefault="00000000">
            <w:proofErr w:type="spellStart"/>
            <w:r>
              <w:t>Doç</w:t>
            </w:r>
            <w:proofErr w:type="spellEnd"/>
            <w:r>
              <w:t>. Dr. Hamdi KORKMAN</w:t>
            </w:r>
          </w:p>
        </w:tc>
      </w:tr>
      <w:tr w:rsidR="00230A81" w14:paraId="305D279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5D818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3FBBD0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815003E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B710A8" w14:textId="77777777" w:rsidR="00230A81" w:rsidRDefault="00000000">
            <w:proofErr w:type="spellStart"/>
            <w:r>
              <w:t>Psikolojiye</w:t>
            </w:r>
            <w:proofErr w:type="spellEnd"/>
            <w:r>
              <w:t xml:space="preserve"> </w:t>
            </w:r>
            <w:proofErr w:type="spellStart"/>
            <w:r>
              <w:t>Giriş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206D779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84F9A7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  <w:r>
              <w:t xml:space="preserve"> + 207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6A3417" w14:textId="77777777" w:rsidR="00230A81" w:rsidRDefault="00000000">
            <w:proofErr w:type="spellStart"/>
            <w:r>
              <w:t>Doç</w:t>
            </w:r>
            <w:proofErr w:type="spellEnd"/>
            <w:r>
              <w:t>. Dr. Hamdi KORKMAN</w:t>
            </w:r>
          </w:p>
        </w:tc>
      </w:tr>
      <w:tr w:rsidR="00230A81" w14:paraId="130749F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C42EB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140BCB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943543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CC1195" w14:textId="77777777" w:rsidR="00230A81" w:rsidRDefault="00000000">
            <w:proofErr w:type="spellStart"/>
            <w:r>
              <w:t>İstatistik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CB6234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831153" w14:textId="77777777" w:rsidR="00230A81" w:rsidRDefault="00000000">
            <w:pPr>
              <w:jc w:val="center"/>
            </w:pPr>
            <w:proofErr w:type="spellStart"/>
            <w:r>
              <w:t>Amfi</w:t>
            </w:r>
            <w:proofErr w:type="spellEnd"/>
            <w:r>
              <w:t xml:space="preserve"> + 207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3C6BFA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Gökçe ULUIŞIK</w:t>
            </w:r>
          </w:p>
        </w:tc>
      </w:tr>
      <w:tr w:rsidR="00230A81" w14:paraId="7C05C297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9AD2AD3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50ACEE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06FCDA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C1F2198" w14:textId="77777777" w:rsidR="00230A81" w:rsidRDefault="00000000">
            <w:proofErr w:type="spellStart"/>
            <w:r>
              <w:t>Nörolojik</w:t>
            </w:r>
            <w:proofErr w:type="spellEnd"/>
            <w:r>
              <w:t xml:space="preserve"> </w:t>
            </w:r>
            <w:proofErr w:type="spellStart"/>
            <w:r>
              <w:t>Gelişim</w:t>
            </w:r>
            <w:proofErr w:type="spellEnd"/>
            <w: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589B5C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CFBC7" w14:textId="77777777" w:rsidR="00230A81" w:rsidRDefault="00000000">
            <w:pPr>
              <w:jc w:val="center"/>
            </w:pPr>
            <w:r>
              <w:t>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63D596" w14:textId="77777777" w:rsidR="00230A81" w:rsidRDefault="00000000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Gökçe ULUIŞIK</w:t>
            </w:r>
          </w:p>
        </w:tc>
      </w:tr>
      <w:tr w:rsidR="00230A81" w14:paraId="5910E35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718AA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9E456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C98205" w14:textId="77777777" w:rsidR="00230A81" w:rsidRDefault="00000000">
            <w:pPr>
              <w:jc w:val="center"/>
            </w:pPr>
            <w:r>
              <w:t>P. Formasyon-2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8DDE4B" w14:textId="77777777" w:rsidR="00230A81" w:rsidRDefault="00000000"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Teknolojileri</w:t>
            </w:r>
            <w:proofErr w:type="spellEnd"/>
            <w:r>
              <w:t xml:space="preserve"> (</w:t>
            </w:r>
            <w:proofErr w:type="spellStart"/>
            <w:r>
              <w:t>Formasyon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695D36A" w14:textId="77777777" w:rsidR="00230A81" w:rsidRDefault="00000000">
            <w:pPr>
              <w:jc w:val="center"/>
            </w:pPr>
            <w:r>
              <w:t>28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CDC6032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D636470" w14:textId="77777777" w:rsidR="00230A81" w:rsidRDefault="0000000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Fatih GÖK</w:t>
            </w:r>
          </w:p>
        </w:tc>
      </w:tr>
      <w:tr w:rsidR="00DA5E00" w14:paraId="3B272DF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EE8BD2" w14:textId="77777777" w:rsidR="00DA5E00" w:rsidRDefault="00DA5E00" w:rsidP="00DA5E00">
            <w:pPr>
              <w:jc w:val="center"/>
            </w:pPr>
            <w:r>
              <w:rPr>
                <w:b/>
              </w:rPr>
              <w:t xml:space="preserve">13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  <w:t>Cuma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576E3DD" w14:textId="7CDB20EE" w:rsidR="00DA5E00" w:rsidRDefault="00DA5E00" w:rsidP="00DA5E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105068" w14:textId="5BC859D5" w:rsidR="00DA5E00" w:rsidRDefault="00DA5E00" w:rsidP="00DA5E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Gelişimi-2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5E96552" w14:textId="302B1473" w:rsidR="00DA5E00" w:rsidRDefault="00DA5E00" w:rsidP="00DA5E00">
            <w:proofErr w:type="spellStart"/>
            <w:r>
              <w:t>Gelişim</w:t>
            </w:r>
            <w:proofErr w:type="spellEnd"/>
            <w:r>
              <w:t xml:space="preserve"> </w:t>
            </w:r>
            <w:proofErr w:type="spellStart"/>
            <w:r>
              <w:t>Psikolojisi</w:t>
            </w:r>
            <w:proofErr w:type="spellEnd"/>
            <w:r>
              <w:t xml:space="preserve"> I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5E0D5D4" w14:textId="7FBC51F8" w:rsidR="00DA5E00" w:rsidRDefault="00DA5E00" w:rsidP="00DA5E00">
            <w:pPr>
              <w:jc w:val="center"/>
            </w:pPr>
            <w:r>
              <w:t>26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77F417" w14:textId="76A1A142" w:rsidR="00DA5E00" w:rsidRDefault="00DA5E00" w:rsidP="00DA5E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DBFA89" w14:textId="31B45F15" w:rsidR="00DA5E00" w:rsidRDefault="00DA5E00" w:rsidP="00DA5E00">
            <w:proofErr w:type="spellStart"/>
            <w:r>
              <w:t>Doç</w:t>
            </w:r>
            <w:proofErr w:type="spellEnd"/>
            <w:r>
              <w:t>. Dr. Cumhur GÜNGÖR</w:t>
            </w:r>
          </w:p>
        </w:tc>
      </w:tr>
      <w:tr w:rsidR="00DA5E00" w14:paraId="0D1D4C3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1C230A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79388E" w14:textId="744F25F9" w:rsidR="00DA5E00" w:rsidRDefault="004D7C71" w:rsidP="00DA5E00">
            <w:pPr>
              <w:jc w:val="center"/>
            </w:pPr>
            <w:r>
              <w:t>13</w:t>
            </w:r>
            <w:r w:rsidR="00DA5E00">
              <w:t>:</w:t>
            </w:r>
            <w:r>
              <w:t>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7B9E72" w14:textId="6FB07714" w:rsidR="00DA5E00" w:rsidRDefault="00DA5E00" w:rsidP="00DA5E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7A1C76" w14:textId="5FD51AEC" w:rsidR="00DA5E00" w:rsidRDefault="00DA5E00" w:rsidP="00DA5E00"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Hakları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4A29250" w14:textId="0D76B5DD" w:rsidR="00DA5E00" w:rsidRDefault="00DA5E00" w:rsidP="00DA5E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D3FC4A" w14:textId="1E2BA8DE" w:rsidR="00DA5E00" w:rsidRDefault="00DA5E00" w:rsidP="00DA5E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82705C" w14:textId="0BFA0E5D" w:rsidR="00DA5E00" w:rsidRDefault="00DA5E00" w:rsidP="00DA5E00">
            <w:proofErr w:type="spellStart"/>
            <w:r>
              <w:t>Doç</w:t>
            </w:r>
            <w:proofErr w:type="spellEnd"/>
            <w:r>
              <w:t>. Dr. Cumhur GÜNGÖR</w:t>
            </w:r>
          </w:p>
        </w:tc>
      </w:tr>
      <w:tr w:rsidR="00DA5E00" w14:paraId="2ADDBE5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54BAFB4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A05BBE" w14:textId="77777777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9EC4936" w14:textId="45443583" w:rsidR="00DA5E00" w:rsidRPr="004D7C71" w:rsidRDefault="00DA5E00" w:rsidP="00DA5E00">
            <w:pPr>
              <w:jc w:val="center"/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Çocuk</w:t>
            </w:r>
            <w:proofErr w:type="spellEnd"/>
            <w:r w:rsidRPr="004D7C71">
              <w:rPr>
                <w:highlight w:val="yellow"/>
              </w:rPr>
              <w:t xml:space="preserve">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C17782" w14:textId="64C5B755" w:rsidR="00DA5E00" w:rsidRPr="004D7C71" w:rsidRDefault="00DA5E00" w:rsidP="00DA5E00">
            <w:pPr>
              <w:rPr>
                <w:highlight w:val="yellow"/>
              </w:rPr>
            </w:pPr>
            <w:r w:rsidRPr="004D7C71">
              <w:rPr>
                <w:highlight w:val="yellow"/>
              </w:rPr>
              <w:t xml:space="preserve">Aile </w:t>
            </w:r>
            <w:proofErr w:type="spellStart"/>
            <w:r w:rsidRPr="004D7C71">
              <w:rPr>
                <w:highlight w:val="yellow"/>
              </w:rPr>
              <w:t>Yaşam</w:t>
            </w:r>
            <w:proofErr w:type="spellEnd"/>
            <w:r w:rsidRPr="004D7C71">
              <w:rPr>
                <w:highlight w:val="yellow"/>
              </w:rPr>
              <w:t xml:space="preserve"> </w:t>
            </w:r>
            <w:proofErr w:type="spellStart"/>
            <w:r w:rsidRPr="004D7C71">
              <w:rPr>
                <w:highlight w:val="yellow"/>
              </w:rPr>
              <w:t>Döngüsü</w:t>
            </w:r>
            <w:proofErr w:type="spellEnd"/>
            <w:r w:rsidRPr="004D7C71">
              <w:rPr>
                <w:highlight w:val="yellow"/>
              </w:rPr>
              <w:t xml:space="preserve"> </w:t>
            </w:r>
            <w:proofErr w:type="spellStart"/>
            <w:r w:rsidRPr="004D7C71">
              <w:rPr>
                <w:highlight w:val="yellow"/>
              </w:rPr>
              <w:t>ve</w:t>
            </w:r>
            <w:proofErr w:type="spellEnd"/>
            <w:r w:rsidRPr="004D7C71">
              <w:rPr>
                <w:highlight w:val="yellow"/>
              </w:rPr>
              <w:t xml:space="preserve"> Aile </w:t>
            </w:r>
            <w:proofErr w:type="spellStart"/>
            <w:r w:rsidRPr="004D7C71">
              <w:rPr>
                <w:highlight w:val="yellow"/>
              </w:rPr>
              <w:t>İçi</w:t>
            </w:r>
            <w:proofErr w:type="spellEnd"/>
            <w:r w:rsidRPr="004D7C71">
              <w:rPr>
                <w:highlight w:val="yellow"/>
              </w:rPr>
              <w:t xml:space="preserve"> </w:t>
            </w:r>
            <w:proofErr w:type="spellStart"/>
            <w:r w:rsidRPr="004D7C71">
              <w:rPr>
                <w:highlight w:val="yellow"/>
              </w:rPr>
              <w:t>İlişkiler</w:t>
            </w:r>
            <w:proofErr w:type="spellEnd"/>
            <w:r w:rsidRPr="004D7C71">
              <w:rPr>
                <w:highlight w:val="yellow"/>
              </w:rPr>
              <w:t xml:space="preserve">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12765D" w14:textId="1017226E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53BA34" w14:textId="629094AD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1B56CC" w14:textId="5FA48BF5" w:rsidR="00DA5E00" w:rsidRPr="004D7C71" w:rsidRDefault="00DA5E00" w:rsidP="00DA5E00">
            <w:pPr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Doç</w:t>
            </w:r>
            <w:proofErr w:type="spellEnd"/>
            <w:r w:rsidRPr="004D7C71">
              <w:rPr>
                <w:highlight w:val="yellow"/>
              </w:rPr>
              <w:t>. Dr. Cumhur GÜNGÖR</w:t>
            </w:r>
          </w:p>
        </w:tc>
      </w:tr>
      <w:tr w:rsidR="00DA5E00" w14:paraId="6463E79A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9A8EEB5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0DA6C72" w14:textId="34C5057F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67F3153" w14:textId="109C76EF" w:rsidR="00DA5E00" w:rsidRPr="004D7C71" w:rsidRDefault="00DA5E00" w:rsidP="00DA5E00">
            <w:pPr>
              <w:jc w:val="center"/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Çocuk</w:t>
            </w:r>
            <w:proofErr w:type="spellEnd"/>
            <w:r w:rsidRPr="004D7C71">
              <w:rPr>
                <w:highlight w:val="yellow"/>
              </w:rP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9403D0" w14:textId="5D8B59E8" w:rsidR="00DA5E00" w:rsidRPr="004D7C71" w:rsidRDefault="00DA5E00" w:rsidP="00DA5E00">
            <w:pPr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Gelişimsel</w:t>
            </w:r>
            <w:proofErr w:type="spellEnd"/>
            <w:r w:rsidRPr="004D7C71">
              <w:rPr>
                <w:highlight w:val="yellow"/>
              </w:rPr>
              <w:t xml:space="preserve"> </w:t>
            </w:r>
            <w:proofErr w:type="spellStart"/>
            <w:r w:rsidRPr="004D7C71">
              <w:rPr>
                <w:highlight w:val="yellow"/>
              </w:rPr>
              <w:t>Gözlem</w:t>
            </w:r>
            <w:proofErr w:type="spellEnd"/>
            <w:r w:rsidRPr="004D7C71">
              <w:rPr>
                <w:highlight w:val="yellow"/>
              </w:rPr>
              <w:t xml:space="preserve"> (2. </w:t>
            </w:r>
            <w:proofErr w:type="spellStart"/>
            <w:r w:rsidRPr="004D7C71">
              <w:rPr>
                <w:highlight w:val="yellow"/>
              </w:rPr>
              <w:t>Şube</w:t>
            </w:r>
            <w:proofErr w:type="spellEnd"/>
            <w:r w:rsidRPr="004D7C71">
              <w:rPr>
                <w:highlight w:val="yellow"/>
              </w:rP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63010D" w14:textId="46050421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20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E2C3C4B" w14:textId="497C4094" w:rsidR="00DA5E00" w:rsidRPr="004D7C71" w:rsidRDefault="00DA5E00" w:rsidP="00DA5E00">
            <w:pPr>
              <w:jc w:val="center"/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Amfi</w:t>
            </w:r>
            <w:proofErr w:type="spellEnd"/>
            <w:r w:rsidRPr="004D7C71">
              <w:rPr>
                <w:highlight w:val="yellow"/>
              </w:rPr>
              <w:t xml:space="preserve"> (</w:t>
            </w:r>
            <w:proofErr w:type="spellStart"/>
            <w:r w:rsidRPr="004D7C71">
              <w:rPr>
                <w:highlight w:val="yellow"/>
              </w:rPr>
              <w:t>Sınav</w:t>
            </w:r>
            <w:proofErr w:type="spellEnd"/>
            <w:r w:rsidRPr="004D7C71">
              <w:rPr>
                <w:highlight w:val="yellow"/>
              </w:rPr>
              <w:t>)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11EAA7" w14:textId="3EC63865" w:rsidR="00DA5E00" w:rsidRPr="004D7C71" w:rsidRDefault="00DA5E00" w:rsidP="00DA5E00">
            <w:pPr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Doç</w:t>
            </w:r>
            <w:proofErr w:type="spellEnd"/>
            <w:r w:rsidRPr="004D7C71">
              <w:rPr>
                <w:highlight w:val="yellow"/>
              </w:rPr>
              <w:t>. Dr. Cumhur GÜNGÖR</w:t>
            </w:r>
          </w:p>
        </w:tc>
      </w:tr>
      <w:tr w:rsidR="00DA5E00" w14:paraId="5009B72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7DB7DC6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74E5ED" w14:textId="77777777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A59C7F" w14:textId="77777777" w:rsidR="00DA5E00" w:rsidRPr="004D7C71" w:rsidRDefault="00DA5E00" w:rsidP="00DA5E00">
            <w:pPr>
              <w:jc w:val="center"/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Çocuk</w:t>
            </w:r>
            <w:proofErr w:type="spellEnd"/>
            <w:r w:rsidRPr="004D7C71">
              <w:rPr>
                <w:highlight w:val="yellow"/>
              </w:rP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971A773" w14:textId="77777777" w:rsidR="00DA5E00" w:rsidRPr="004D7C71" w:rsidRDefault="00DA5E00" w:rsidP="00DA5E00">
            <w:pPr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Çocuk</w:t>
            </w:r>
            <w:proofErr w:type="spellEnd"/>
            <w:r w:rsidRPr="004D7C71">
              <w:rPr>
                <w:highlight w:val="yellow"/>
              </w:rPr>
              <w:t xml:space="preserve"> Gelişimi </w:t>
            </w:r>
            <w:proofErr w:type="spellStart"/>
            <w:r w:rsidRPr="004D7C71">
              <w:rPr>
                <w:highlight w:val="yellow"/>
              </w:rPr>
              <w:t>Uygulaması</w:t>
            </w:r>
            <w:proofErr w:type="spellEnd"/>
            <w:r w:rsidRPr="004D7C71">
              <w:rPr>
                <w:highlight w:val="yellow"/>
              </w:rPr>
              <w:t xml:space="preserve"> I (2. </w:t>
            </w:r>
            <w:proofErr w:type="spellStart"/>
            <w:r w:rsidRPr="004D7C71">
              <w:rPr>
                <w:highlight w:val="yellow"/>
              </w:rPr>
              <w:t>Şube</w:t>
            </w:r>
            <w:proofErr w:type="spellEnd"/>
            <w:r w:rsidRPr="004D7C71">
              <w:rPr>
                <w:highlight w:val="yellow"/>
              </w:rP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831D585" w14:textId="77777777" w:rsidR="00DA5E00" w:rsidRPr="004D7C71" w:rsidRDefault="00DA5E00" w:rsidP="00DA5E00">
            <w:pPr>
              <w:jc w:val="center"/>
              <w:rPr>
                <w:highlight w:val="yellow"/>
              </w:rPr>
            </w:pPr>
            <w:r w:rsidRPr="004D7C71">
              <w:rPr>
                <w:highlight w:val="yellow"/>
              </w:rPr>
              <w:t>22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D93AFD" w14:textId="77777777" w:rsidR="00DA5E00" w:rsidRPr="004D7C71" w:rsidRDefault="00DA5E00" w:rsidP="00DA5E00">
            <w:pPr>
              <w:jc w:val="center"/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Amfi</w:t>
            </w:r>
            <w:proofErr w:type="spellEnd"/>
            <w:r w:rsidRPr="004D7C71">
              <w:rPr>
                <w:highlight w:val="yellow"/>
              </w:rPr>
              <w:t xml:space="preserve"> (</w:t>
            </w:r>
            <w:proofErr w:type="spellStart"/>
            <w:r w:rsidRPr="004D7C71">
              <w:rPr>
                <w:highlight w:val="yellow"/>
              </w:rPr>
              <w:t>Sınav</w:t>
            </w:r>
            <w:proofErr w:type="spellEnd"/>
            <w:r w:rsidRPr="004D7C71">
              <w:rPr>
                <w:highlight w:val="yellow"/>
              </w:rPr>
              <w:t>)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B8D67F" w14:textId="77777777" w:rsidR="00DA5E00" w:rsidRPr="004D7C71" w:rsidRDefault="00DA5E00" w:rsidP="00DA5E00">
            <w:pPr>
              <w:rPr>
                <w:highlight w:val="yellow"/>
              </w:rPr>
            </w:pPr>
            <w:proofErr w:type="spellStart"/>
            <w:r w:rsidRPr="004D7C71">
              <w:rPr>
                <w:highlight w:val="yellow"/>
              </w:rPr>
              <w:t>Doç</w:t>
            </w:r>
            <w:proofErr w:type="spellEnd"/>
            <w:r w:rsidRPr="004D7C71">
              <w:rPr>
                <w:highlight w:val="yellow"/>
              </w:rPr>
              <w:t>. Dr. Cumhur GÜNGÖR</w:t>
            </w:r>
          </w:p>
        </w:tc>
      </w:tr>
      <w:tr w:rsidR="00DA5E00" w14:paraId="2F1EB02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C34388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028A61" w14:textId="77777777" w:rsidR="00DA5E00" w:rsidRDefault="00DA5E00" w:rsidP="00DA5E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9837A22" w14:textId="77777777" w:rsidR="00DA5E00" w:rsidRDefault="00DA5E00" w:rsidP="00DA5E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F174D2" w14:textId="77777777" w:rsidR="00DA5E00" w:rsidRDefault="00DA5E00" w:rsidP="00DA5E00"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Sorumluluk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Etik</w:t>
            </w:r>
            <w:proofErr w:type="spellEnd"/>
            <w:r>
              <w:t xml:space="preserve"> (</w:t>
            </w:r>
            <w:proofErr w:type="spellStart"/>
            <w:r>
              <w:t>Seç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1B698B" w14:textId="77777777" w:rsidR="00DA5E00" w:rsidRDefault="00DA5E00" w:rsidP="00DA5E00">
            <w:pPr>
              <w:jc w:val="center"/>
            </w:pPr>
            <w:r>
              <w:t>52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3ACB763" w14:textId="77777777" w:rsidR="00DA5E00" w:rsidRDefault="00DA5E00" w:rsidP="00DA5E00">
            <w:pPr>
              <w:jc w:val="center"/>
            </w:pPr>
            <w:proofErr w:type="spellStart"/>
            <w:r>
              <w:t>Amfi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42C28" w14:textId="77777777" w:rsidR="00DA5E00" w:rsidRDefault="00DA5E00" w:rsidP="00DA5E00">
            <w:proofErr w:type="spellStart"/>
            <w:r>
              <w:t>Doç</w:t>
            </w:r>
            <w:proofErr w:type="spellEnd"/>
            <w:r>
              <w:t>. Dr. Cumhur GÜNGÖR</w:t>
            </w:r>
          </w:p>
        </w:tc>
      </w:tr>
      <w:tr w:rsidR="00DA5E00" w14:paraId="7265AB8F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759B0A6" w14:textId="77777777" w:rsidR="00DA5E00" w:rsidRDefault="00DA5E00" w:rsidP="00DA5E00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6DAA546" w14:textId="77777777" w:rsidR="00DA5E00" w:rsidRDefault="00DA5E00" w:rsidP="00DA5E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034786" w14:textId="77777777" w:rsidR="00DA5E00" w:rsidRDefault="00DA5E00" w:rsidP="00DA5E00">
            <w:pPr>
              <w:jc w:val="center"/>
            </w:pPr>
            <w:r>
              <w:t>P. Formasyon-3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DB9209" w14:textId="77777777" w:rsidR="00DA5E00" w:rsidRDefault="00DA5E00" w:rsidP="00DA5E00">
            <w:proofErr w:type="spellStart"/>
            <w:r>
              <w:t>Rehberlik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Özel </w:t>
            </w:r>
            <w:proofErr w:type="spellStart"/>
            <w:r>
              <w:t>Eğitim</w:t>
            </w:r>
            <w:proofErr w:type="spellEnd"/>
            <w:r>
              <w:t xml:space="preserve"> (</w:t>
            </w:r>
            <w:proofErr w:type="spellStart"/>
            <w:r>
              <w:t>Formasyon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F7E1924" w14:textId="77777777" w:rsidR="00DA5E00" w:rsidRDefault="00DA5E00" w:rsidP="00DA5E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976AEC" w14:textId="77777777" w:rsidR="00DA5E00" w:rsidRDefault="00DA5E00" w:rsidP="00DA5E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EDA87E" w14:textId="77777777" w:rsidR="00DA5E00" w:rsidRDefault="00DA5E00" w:rsidP="00DA5E0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</w:t>
            </w:r>
            <w:proofErr w:type="spellStart"/>
            <w:r>
              <w:t>Aşkay</w:t>
            </w:r>
            <w:proofErr w:type="spellEnd"/>
            <w:r>
              <w:t xml:space="preserve"> Nur ATASEVER</w:t>
            </w:r>
          </w:p>
        </w:tc>
      </w:tr>
    </w:tbl>
    <w:p w14:paraId="41737939" w14:textId="77777777" w:rsidR="00230A8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799"/>
        <w:gridCol w:w="1548"/>
        <w:gridCol w:w="4297"/>
        <w:gridCol w:w="952"/>
        <w:gridCol w:w="1650"/>
        <w:gridCol w:w="4099"/>
      </w:tblGrid>
      <w:tr w:rsidR="00230A81" w14:paraId="03EA7504" w14:textId="77777777">
        <w:trPr>
          <w:tblHeader/>
          <w:jc w:val="center"/>
        </w:trPr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FE5C3F" w14:textId="77777777" w:rsidR="00230A81" w:rsidRDefault="00000000">
            <w:pPr>
              <w:jc w:val="center"/>
            </w:pPr>
            <w:r>
              <w:rPr>
                <w:b/>
              </w:rPr>
              <w:lastRenderedPageBreak/>
              <w:t>TARİH</w:t>
            </w:r>
          </w:p>
        </w:tc>
        <w:tc>
          <w:tcPr>
            <w:tcW w:w="7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259CE1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1548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001BDC" w14:textId="77777777" w:rsidR="00230A81" w:rsidRDefault="00000000">
            <w:pPr>
              <w:jc w:val="center"/>
            </w:pPr>
            <w:r>
              <w:rPr>
                <w:b/>
              </w:rPr>
              <w:t>BÖLÜM-SINIF</w:t>
            </w:r>
          </w:p>
        </w:tc>
        <w:tc>
          <w:tcPr>
            <w:tcW w:w="4297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F39A2A1" w14:textId="77777777" w:rsidR="00230A81" w:rsidRDefault="00000000">
            <w:pPr>
              <w:jc w:val="center"/>
            </w:pPr>
            <w:r>
              <w:rPr>
                <w:b/>
              </w:rPr>
              <w:t>DERS</w:t>
            </w:r>
          </w:p>
        </w:tc>
        <w:tc>
          <w:tcPr>
            <w:tcW w:w="952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210747" w14:textId="77777777" w:rsidR="00230A81" w:rsidRDefault="00000000">
            <w:pPr>
              <w:jc w:val="center"/>
            </w:pPr>
            <w:r>
              <w:rPr>
                <w:b/>
              </w:rPr>
              <w:t>SAYI</w:t>
            </w:r>
          </w:p>
        </w:tc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211452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  <w:tc>
          <w:tcPr>
            <w:tcW w:w="40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156C59" w14:textId="77777777" w:rsidR="00230A81" w:rsidRDefault="00000000">
            <w:pPr>
              <w:jc w:val="center"/>
            </w:pPr>
            <w:r>
              <w:rPr>
                <w:b/>
              </w:rPr>
              <w:t>ÖĞRETİM ELEMANI</w:t>
            </w:r>
          </w:p>
        </w:tc>
      </w:tr>
      <w:tr w:rsidR="00230A81" w14:paraId="59DBD83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497D665" w14:textId="77777777" w:rsidR="00230A81" w:rsidRDefault="00000000">
            <w:pPr>
              <w:jc w:val="center"/>
            </w:pPr>
            <w:r>
              <w:rPr>
                <w:b/>
              </w:rPr>
              <w:t xml:space="preserve">14 </w:t>
            </w:r>
            <w:proofErr w:type="spellStart"/>
            <w:r>
              <w:rPr>
                <w:b/>
              </w:rPr>
              <w:t>Kasım</w:t>
            </w:r>
            <w:proofErr w:type="spellEnd"/>
            <w:r>
              <w:rPr>
                <w:b/>
              </w:rPr>
              <w:t xml:space="preserve"> 2026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Cumartesi</w:t>
            </w:r>
            <w:proofErr w:type="spellEnd"/>
          </w:p>
        </w:tc>
        <w:tc>
          <w:tcPr>
            <w:tcW w:w="799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08C684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B4B063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DF9829" w14:textId="77777777" w:rsidR="00230A81" w:rsidRDefault="00000000">
            <w:proofErr w:type="spellStart"/>
            <w:r>
              <w:t>Gelişimsel</w:t>
            </w:r>
            <w:proofErr w:type="spellEnd"/>
            <w:r>
              <w:t xml:space="preserve"> </w:t>
            </w:r>
            <w:proofErr w:type="spellStart"/>
            <w:r>
              <w:t>Gözlem</w:t>
            </w:r>
            <w:proofErr w:type="spellEnd"/>
            <w:r>
              <w:t xml:space="preserve"> (1.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5DD40B3" w14:textId="77777777" w:rsidR="00230A81" w:rsidRDefault="00000000">
            <w:pPr>
              <w:jc w:val="center"/>
            </w:pPr>
            <w:r>
              <w:t>13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7EAC6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EC655F1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195EE80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038642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42739C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59F525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1E859B" w14:textId="77777777" w:rsidR="00230A81" w:rsidRDefault="00000000">
            <w:proofErr w:type="spellStart"/>
            <w:r>
              <w:t>Gelişimsel</w:t>
            </w:r>
            <w:proofErr w:type="spellEnd"/>
            <w:r>
              <w:t xml:space="preserve"> </w:t>
            </w:r>
            <w:proofErr w:type="spellStart"/>
            <w:r>
              <w:t>Gözlem</w:t>
            </w:r>
            <w:proofErr w:type="spellEnd"/>
            <w:r>
              <w:t xml:space="preserve"> (3.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F833C5" w14:textId="77777777" w:rsidR="00230A81" w:rsidRDefault="00000000">
            <w:pPr>
              <w:jc w:val="center"/>
            </w:pPr>
            <w:r>
              <w:t>16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E6E9B5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0A086C4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5A3605B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8F7C0FC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B37418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6796974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CF4B7A" w14:textId="77777777" w:rsidR="00230A81" w:rsidRDefault="00000000">
            <w:r>
              <w:t>Erken Müdahale-1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8F53FA" w14:textId="77777777" w:rsidR="00230A81" w:rsidRDefault="00000000">
            <w:pPr>
              <w:jc w:val="center"/>
            </w:pPr>
            <w:r>
              <w:t>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E954A54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514E4F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2F8B314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5860F3A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03046D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CDBA12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067EA4E" w14:textId="77777777" w:rsidR="00230A81" w:rsidRDefault="00000000">
            <w:proofErr w:type="spellStart"/>
            <w:r>
              <w:t>Uygulamalı</w:t>
            </w:r>
            <w:proofErr w:type="spellEnd"/>
            <w:r>
              <w:t xml:space="preserve"> </w:t>
            </w:r>
            <w:proofErr w:type="spellStart"/>
            <w:r>
              <w:t>Araştırma</w:t>
            </w:r>
            <w:proofErr w:type="spellEnd"/>
            <w:r>
              <w:t xml:space="preserve"> (1.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947ACA" w14:textId="77777777" w:rsidR="00230A81" w:rsidRDefault="00000000">
            <w:pPr>
              <w:jc w:val="center"/>
            </w:pPr>
            <w:r>
              <w:t>17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378A05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B6DEBA" w14:textId="77777777" w:rsidR="00230A81" w:rsidRDefault="00000000">
            <w:proofErr w:type="spellStart"/>
            <w:r>
              <w:t>Doç</w:t>
            </w:r>
            <w:proofErr w:type="spellEnd"/>
            <w:r>
              <w:t>. Dr. Cumhur GÜNGÖR</w:t>
            </w:r>
          </w:p>
        </w:tc>
      </w:tr>
      <w:tr w:rsidR="00230A81" w14:paraId="302A6A00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9ED607C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9B2EA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65A23BF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1A371F" w14:textId="77777777" w:rsidR="00230A81" w:rsidRDefault="00000000">
            <w:proofErr w:type="spellStart"/>
            <w:r>
              <w:t>Uygulamalı</w:t>
            </w:r>
            <w:proofErr w:type="spellEnd"/>
            <w:r>
              <w:t xml:space="preserve"> </w:t>
            </w:r>
            <w:proofErr w:type="spellStart"/>
            <w:r>
              <w:t>Araştırma</w:t>
            </w:r>
            <w:proofErr w:type="spellEnd"/>
            <w:r>
              <w:t xml:space="preserve"> (2.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C166D9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934A5B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984F64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6A84E49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313E17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27EC20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9A2D17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C09E4E" w14:textId="77777777" w:rsidR="00230A81" w:rsidRDefault="00000000">
            <w:proofErr w:type="spellStart"/>
            <w:r>
              <w:t>Uygulamalı</w:t>
            </w:r>
            <w:proofErr w:type="spellEnd"/>
            <w:r>
              <w:t xml:space="preserve"> </w:t>
            </w:r>
            <w:proofErr w:type="spellStart"/>
            <w:r>
              <w:t>Araştırma</w:t>
            </w:r>
            <w:proofErr w:type="spellEnd"/>
            <w:r>
              <w:t xml:space="preserve"> (3.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185CCBC" w14:textId="77777777" w:rsidR="00230A81" w:rsidRDefault="00000000">
            <w:pPr>
              <w:jc w:val="center"/>
            </w:pPr>
            <w:r>
              <w:t>22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50C1D30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C8B2EB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668C664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4190FB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9639BC9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5C6D78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DE093BF" w14:textId="77777777" w:rsidR="00230A81" w:rsidRDefault="00000000">
            <w:proofErr w:type="spellStart"/>
            <w:r>
              <w:t>Çocuk</w:t>
            </w:r>
            <w:proofErr w:type="spellEnd"/>
            <w:r>
              <w:t xml:space="preserve"> Gelişimi </w:t>
            </w:r>
            <w:proofErr w:type="spellStart"/>
            <w:r>
              <w:t>Uygulaması</w:t>
            </w:r>
            <w:proofErr w:type="spellEnd"/>
            <w:r>
              <w:t xml:space="preserve"> I (1.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90E9AC" w14:textId="77777777" w:rsidR="00230A81" w:rsidRDefault="00000000">
            <w:pPr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611272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40D8AA4" w14:textId="77777777" w:rsidR="00230A81" w:rsidRDefault="0000000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Mahmut ERDİL</w:t>
            </w:r>
          </w:p>
        </w:tc>
      </w:tr>
      <w:tr w:rsidR="00230A81" w14:paraId="176D6FB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33CB48B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AE710E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80A15F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BB9479" w14:textId="77777777" w:rsidR="00230A81" w:rsidRDefault="00000000">
            <w:proofErr w:type="spellStart"/>
            <w:r>
              <w:t>Çocuk</w:t>
            </w:r>
            <w:proofErr w:type="spellEnd"/>
            <w:r>
              <w:t xml:space="preserve"> Gelişimi </w:t>
            </w:r>
            <w:proofErr w:type="spellStart"/>
            <w:r>
              <w:t>Uygulaması</w:t>
            </w:r>
            <w:proofErr w:type="spellEnd"/>
            <w:r>
              <w:t xml:space="preserve"> I (3.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3BD36D" w14:textId="77777777" w:rsidR="00230A81" w:rsidRDefault="00000000">
            <w:pPr>
              <w:jc w:val="center"/>
            </w:pPr>
            <w:r>
              <w:t>19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2AE4E6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9C1F67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  <w:tr w:rsidR="00230A81" w14:paraId="1D98805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6362EC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D6CE59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B72BA3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11D711" w14:textId="77777777" w:rsidR="00230A81" w:rsidRDefault="00000000">
            <w:proofErr w:type="spellStart"/>
            <w:r>
              <w:t>Öğretmenlik</w:t>
            </w:r>
            <w:proofErr w:type="spellEnd"/>
            <w:r>
              <w:t xml:space="preserve"> </w:t>
            </w:r>
            <w:proofErr w:type="spellStart"/>
            <w:r>
              <w:t>Uygulaması</w:t>
            </w:r>
            <w:proofErr w:type="spellEnd"/>
            <w:r>
              <w:t xml:space="preserve"> (1.–2.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774929F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29C9BC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42D0153" w14:textId="77777777" w:rsidR="00230A81" w:rsidRDefault="00000000">
            <w:proofErr w:type="spellStart"/>
            <w:r>
              <w:t>Doç</w:t>
            </w:r>
            <w:proofErr w:type="spellEnd"/>
            <w:r>
              <w:t>. Dr. Esin SEZGİN</w:t>
            </w:r>
          </w:p>
        </w:tc>
      </w:tr>
      <w:tr w:rsidR="00230A81" w14:paraId="55672D6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E7FF2AD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8DC0B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2274603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B59B8A" w14:textId="77777777" w:rsidR="00230A81" w:rsidRDefault="00000000">
            <w:proofErr w:type="spellStart"/>
            <w:r>
              <w:t>Öğretmenlik</w:t>
            </w:r>
            <w:proofErr w:type="spellEnd"/>
            <w:r>
              <w:t xml:space="preserve"> </w:t>
            </w:r>
            <w:proofErr w:type="spellStart"/>
            <w:r>
              <w:t>Uygulaması</w:t>
            </w:r>
            <w:proofErr w:type="spellEnd"/>
            <w:r>
              <w:t xml:space="preserve"> (3.–4.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D1CA452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D8B78E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068D4A" w14:textId="77777777" w:rsidR="00230A81" w:rsidRDefault="00000000">
            <w:proofErr w:type="spellStart"/>
            <w:r>
              <w:t>Doç</w:t>
            </w:r>
            <w:proofErr w:type="spellEnd"/>
            <w:r>
              <w:t>. Dr. Cumhur GÜNGÖR</w:t>
            </w:r>
          </w:p>
        </w:tc>
      </w:tr>
      <w:tr w:rsidR="00230A81" w14:paraId="52059BAD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45498A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2328C5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DFEE4C" w14:textId="77777777" w:rsidR="00230A81" w:rsidRDefault="00000000">
            <w:pPr>
              <w:jc w:val="center"/>
            </w:pPr>
            <w:proofErr w:type="spellStart"/>
            <w:r>
              <w:t>Çocuk</w:t>
            </w:r>
            <w:proofErr w:type="spellEnd"/>
            <w:r>
              <w:t xml:space="preserve">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C5C68F" w14:textId="77777777" w:rsidR="00230A81" w:rsidRDefault="00000000">
            <w:proofErr w:type="spellStart"/>
            <w:r>
              <w:t>Öğretmenlik</w:t>
            </w:r>
            <w:proofErr w:type="spellEnd"/>
            <w:r>
              <w:t xml:space="preserve"> </w:t>
            </w:r>
            <w:proofErr w:type="spellStart"/>
            <w:r>
              <w:t>Uygulaması</w:t>
            </w:r>
            <w:proofErr w:type="spellEnd"/>
            <w:r>
              <w:t xml:space="preserve"> (5.–6. </w:t>
            </w:r>
            <w:proofErr w:type="spellStart"/>
            <w:r>
              <w:t>Şube</w:t>
            </w:r>
            <w:proofErr w:type="spellEnd"/>
            <w:r>
              <w:t>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5F1379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7AD34A" w14:textId="77777777" w:rsidR="00230A81" w:rsidRDefault="00000000">
            <w:pPr>
              <w:jc w:val="center"/>
            </w:pPr>
            <w:r>
              <w:t xml:space="preserve">Dosya </w:t>
            </w:r>
            <w:proofErr w:type="spellStart"/>
            <w:r>
              <w:t>Teslimi</w:t>
            </w:r>
            <w:proofErr w:type="spellEnd"/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08788E" w14:textId="77777777" w:rsidR="00230A81" w:rsidRDefault="00000000">
            <w:proofErr w:type="spellStart"/>
            <w:r>
              <w:t>Doç</w:t>
            </w:r>
            <w:proofErr w:type="spellEnd"/>
            <w:r>
              <w:t>. Dr. Emine AKKAŞ BAYSAL</w:t>
            </w:r>
          </w:p>
        </w:tc>
      </w:tr>
    </w:tbl>
    <w:p w14:paraId="3C322F9D" w14:textId="77777777" w:rsidR="00230A81" w:rsidRDefault="00000000">
      <w:pPr>
        <w:spacing w:before="200" w:after="100"/>
      </w:pPr>
      <w:r>
        <w:rPr>
          <w:b/>
          <w:color w:val="FF0000"/>
          <w:sz w:val="19"/>
        </w:rPr>
        <w:t xml:space="preserve">YÖS - </w:t>
      </w:r>
      <w:proofErr w:type="spellStart"/>
      <w:r>
        <w:rPr>
          <w:b/>
          <w:color w:val="FF0000"/>
          <w:sz w:val="19"/>
        </w:rPr>
        <w:t>Yabancı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Uyruklu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Öğrenciler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için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ortak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zorunlu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sınavların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yer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ve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saati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aşağıda</w:t>
      </w:r>
      <w:proofErr w:type="spellEnd"/>
      <w:r>
        <w:rPr>
          <w:b/>
          <w:color w:val="FF0000"/>
          <w:sz w:val="19"/>
        </w:rPr>
        <w:t xml:space="preserve"> </w:t>
      </w:r>
      <w:proofErr w:type="spellStart"/>
      <w:r>
        <w:rPr>
          <w:b/>
          <w:color w:val="FF0000"/>
          <w:sz w:val="19"/>
        </w:rPr>
        <w:t>verilmiştir</w:t>
      </w:r>
      <w:proofErr w:type="spellEnd"/>
      <w:r>
        <w:rPr>
          <w:b/>
          <w:color w:val="FF0000"/>
          <w:sz w:val="19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99"/>
        <w:gridCol w:w="2200"/>
        <w:gridCol w:w="5403"/>
        <w:gridCol w:w="4399"/>
      </w:tblGrid>
      <w:tr w:rsidR="00230A81" w14:paraId="15C42077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5965DC" w14:textId="77777777" w:rsidR="00230A81" w:rsidRDefault="00000000">
            <w:pPr>
              <w:jc w:val="center"/>
            </w:pPr>
            <w:r>
              <w:rPr>
                <w:b/>
              </w:rPr>
              <w:t>TARİH</w:t>
            </w:r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A5A23B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94D8E45" w14:textId="77777777" w:rsidR="00230A81" w:rsidRDefault="00000000">
            <w:r>
              <w:rPr>
                <w:b/>
              </w:rPr>
              <w:t>DERS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57C8ED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</w:tr>
      <w:tr w:rsidR="00230A81" w14:paraId="155B1072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01E2C28" w14:textId="77777777" w:rsidR="00230A81" w:rsidRDefault="00000000">
            <w:pPr>
              <w:jc w:val="center"/>
            </w:pPr>
            <w:r>
              <w:t xml:space="preserve">11 </w:t>
            </w:r>
            <w:proofErr w:type="spellStart"/>
            <w:r>
              <w:t>Kasım</w:t>
            </w:r>
            <w:proofErr w:type="spellEnd"/>
            <w:r>
              <w:t xml:space="preserve"> 2026</w:t>
            </w:r>
            <w:r>
              <w:br/>
            </w:r>
            <w:proofErr w:type="spellStart"/>
            <w:r>
              <w:t>Çarşamba</w:t>
            </w:r>
            <w:proofErr w:type="spellEnd"/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090B37A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422AF6" w14:textId="77777777" w:rsidR="00230A81" w:rsidRDefault="00000000">
            <w:r>
              <w:t xml:space="preserve">Atatürk </w:t>
            </w:r>
            <w:proofErr w:type="spellStart"/>
            <w:r>
              <w:t>İlkeleri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İnkılap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 xml:space="preserve"> I (YÖS)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76D877" w14:textId="77777777" w:rsidR="00230A81" w:rsidRDefault="00000000">
            <w:pPr>
              <w:jc w:val="center"/>
            </w:pPr>
            <w:r>
              <w:t>Online</w:t>
            </w:r>
          </w:p>
        </w:tc>
      </w:tr>
      <w:tr w:rsidR="00230A81" w14:paraId="4B096AEC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929644" w14:textId="77777777" w:rsidR="00230A81" w:rsidRDefault="00000000">
            <w:pPr>
              <w:jc w:val="center"/>
            </w:pPr>
            <w:r>
              <w:t xml:space="preserve">12 </w:t>
            </w:r>
            <w:proofErr w:type="spellStart"/>
            <w:r>
              <w:t>Kasım</w:t>
            </w:r>
            <w:proofErr w:type="spellEnd"/>
            <w:r>
              <w:t xml:space="preserve"> 2026</w:t>
            </w:r>
            <w:r>
              <w:br/>
            </w:r>
            <w:proofErr w:type="spellStart"/>
            <w:r>
              <w:t>Perşembe</w:t>
            </w:r>
            <w:proofErr w:type="spellEnd"/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9B9907" w14:textId="77777777" w:rsidR="00230A81" w:rsidRDefault="00000000">
            <w:pPr>
              <w:jc w:val="center"/>
            </w:pPr>
            <w:r>
              <w:t>18:00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A71B8" w14:textId="77777777" w:rsidR="00230A81" w:rsidRDefault="00000000">
            <w:r>
              <w:t>Türk Dili I (YÖS)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F960F6" w14:textId="77777777" w:rsidR="00230A81" w:rsidRDefault="00000000">
            <w:pPr>
              <w:jc w:val="center"/>
            </w:pPr>
            <w:proofErr w:type="spellStart"/>
            <w:r>
              <w:t>Afyon</w:t>
            </w:r>
            <w:proofErr w:type="spellEnd"/>
            <w:r>
              <w:t xml:space="preserve"> MYO </w:t>
            </w:r>
            <w:proofErr w:type="spellStart"/>
            <w:r>
              <w:t>Amfi</w:t>
            </w:r>
            <w:proofErr w:type="spellEnd"/>
            <w:r>
              <w:t xml:space="preserve"> 1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Amfi</w:t>
            </w:r>
            <w:proofErr w:type="spellEnd"/>
            <w:r>
              <w:t xml:space="preserve"> 2 (</w:t>
            </w:r>
            <w:proofErr w:type="spellStart"/>
            <w:r>
              <w:t>Yüz</w:t>
            </w:r>
            <w:proofErr w:type="spellEnd"/>
            <w:r>
              <w:t xml:space="preserve"> </w:t>
            </w:r>
            <w:proofErr w:type="spellStart"/>
            <w:r>
              <w:t>yüze</w:t>
            </w:r>
            <w:proofErr w:type="spellEnd"/>
            <w:r>
              <w:t>)</w:t>
            </w:r>
          </w:p>
        </w:tc>
      </w:tr>
    </w:tbl>
    <w:p w14:paraId="4357CA5C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Not-1: </w:t>
      </w:r>
      <w:proofErr w:type="spellStart"/>
      <w:r>
        <w:rPr>
          <w:sz w:val="19"/>
        </w:rPr>
        <w:t>Anadalı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Çocuk</w:t>
      </w:r>
      <w:proofErr w:type="spellEnd"/>
      <w:r>
        <w:rPr>
          <w:sz w:val="19"/>
        </w:rPr>
        <w:t xml:space="preserve"> Gelişimi </w:t>
      </w:r>
      <w:proofErr w:type="spellStart"/>
      <w:r>
        <w:rPr>
          <w:sz w:val="19"/>
        </w:rPr>
        <w:t>olup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Sosyal</w:t>
      </w:r>
      <w:proofErr w:type="spellEnd"/>
      <w:r>
        <w:rPr>
          <w:sz w:val="19"/>
        </w:rPr>
        <w:t xml:space="preserve"> Hizmet </w:t>
      </w:r>
      <w:proofErr w:type="spellStart"/>
      <w:r>
        <w:rPr>
          <w:sz w:val="19"/>
        </w:rPr>
        <w:t>programında</w:t>
      </w:r>
      <w:proofErr w:type="spellEnd"/>
      <w:r>
        <w:rPr>
          <w:sz w:val="19"/>
        </w:rPr>
        <w:t xml:space="preserve"> </w:t>
      </w:r>
      <w:r>
        <w:rPr>
          <w:b/>
          <w:sz w:val="19"/>
        </w:rPr>
        <w:t xml:space="preserve">ÇAP </w:t>
      </w:r>
      <w:proofErr w:type="spellStart"/>
      <w:r>
        <w:rPr>
          <w:b/>
          <w:sz w:val="19"/>
        </w:rPr>
        <w:t>yapan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öğrencilerin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sınav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saatlerinde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çakışma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olması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halinde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durumlarını</w:t>
      </w:r>
      <w:proofErr w:type="spellEnd"/>
      <w:r>
        <w:rPr>
          <w:sz w:val="19"/>
        </w:rPr>
        <w:t xml:space="preserve"> </w:t>
      </w:r>
      <w:proofErr w:type="spellStart"/>
      <w:r>
        <w:rPr>
          <w:b/>
          <w:sz w:val="19"/>
        </w:rPr>
        <w:t>en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geç</w:t>
      </w:r>
      <w:proofErr w:type="spellEnd"/>
      <w:r>
        <w:rPr>
          <w:b/>
          <w:sz w:val="19"/>
        </w:rPr>
        <w:t xml:space="preserve"> 03.11.2026 </w:t>
      </w:r>
      <w:proofErr w:type="spellStart"/>
      <w:r>
        <w:rPr>
          <w:b/>
          <w:sz w:val="19"/>
        </w:rPr>
        <w:t>tarihine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kadar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Doç</w:t>
      </w:r>
      <w:proofErr w:type="spellEnd"/>
      <w:r>
        <w:rPr>
          <w:sz w:val="19"/>
        </w:rPr>
        <w:t xml:space="preserve">. Dr. Esin </w:t>
      </w:r>
      <w:proofErr w:type="spellStart"/>
      <w:r>
        <w:rPr>
          <w:sz w:val="19"/>
        </w:rPr>
        <w:t>SEZGİN’e</w:t>
      </w:r>
      <w:proofErr w:type="spellEnd"/>
      <w:r>
        <w:rPr>
          <w:sz w:val="19"/>
        </w:rPr>
        <w:t xml:space="preserve"> </w:t>
      </w:r>
      <w:r>
        <w:rPr>
          <w:b/>
          <w:sz w:val="19"/>
        </w:rPr>
        <w:t xml:space="preserve">mail </w:t>
      </w:r>
      <w:proofErr w:type="spellStart"/>
      <w:r>
        <w:rPr>
          <w:b/>
          <w:sz w:val="19"/>
        </w:rPr>
        <w:t>yoluyla</w:t>
      </w:r>
      <w:proofErr w:type="spellEnd"/>
      <w:r>
        <w:rPr>
          <w:sz w:val="19"/>
        </w:rPr>
        <w:t xml:space="preserve"> (esezgin@aku.edu.tr) </w:t>
      </w:r>
      <w:proofErr w:type="spellStart"/>
      <w:r>
        <w:rPr>
          <w:sz w:val="19"/>
        </w:rPr>
        <w:t>bildirmeleri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gerekmektedir</w:t>
      </w:r>
      <w:proofErr w:type="spellEnd"/>
      <w:r>
        <w:rPr>
          <w:sz w:val="19"/>
        </w:rPr>
        <w:t>.</w:t>
      </w:r>
    </w:p>
    <w:p w14:paraId="19FAF11C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Not-2: </w:t>
      </w:r>
      <w:proofErr w:type="spellStart"/>
      <w:r>
        <w:rPr>
          <w:sz w:val="19"/>
        </w:rPr>
        <w:t>Sınav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tarih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saat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salonlarına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ilişkin</w:t>
      </w:r>
      <w:proofErr w:type="spellEnd"/>
      <w:r>
        <w:rPr>
          <w:sz w:val="19"/>
        </w:rPr>
        <w:t xml:space="preserve"> </w:t>
      </w:r>
      <w:proofErr w:type="spellStart"/>
      <w:r>
        <w:rPr>
          <w:b/>
          <w:sz w:val="19"/>
        </w:rPr>
        <w:t>güncellemeler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yapılabileceğinden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öğrencilerin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sınav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programına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ilişkin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duyuruyu</w:t>
      </w:r>
      <w:proofErr w:type="spellEnd"/>
      <w:r>
        <w:rPr>
          <w:sz w:val="19"/>
        </w:rPr>
        <w:t xml:space="preserve"> </w:t>
      </w:r>
      <w:proofErr w:type="spellStart"/>
      <w:r>
        <w:rPr>
          <w:b/>
          <w:sz w:val="19"/>
        </w:rPr>
        <w:t>düzenli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olarak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takip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etmeleri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gerekmektedir</w:t>
      </w:r>
      <w:proofErr w:type="spellEnd"/>
      <w:r>
        <w:rPr>
          <w:sz w:val="19"/>
        </w:rPr>
        <w:t>.</w:t>
      </w:r>
    </w:p>
    <w:p w14:paraId="4B006FCD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Not-3: </w:t>
      </w:r>
      <w:proofErr w:type="spellStart"/>
      <w:r>
        <w:rPr>
          <w:sz w:val="19"/>
        </w:rPr>
        <w:t>Psikolojiye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Giriş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İstatistik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İletişim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Halkla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İlişkiler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sınavları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Sosyal</w:t>
      </w:r>
      <w:proofErr w:type="spellEnd"/>
      <w:r>
        <w:rPr>
          <w:sz w:val="19"/>
        </w:rPr>
        <w:t xml:space="preserve"> Hizmet Bölümü </w:t>
      </w:r>
      <w:proofErr w:type="spellStart"/>
      <w:r>
        <w:rPr>
          <w:sz w:val="19"/>
        </w:rPr>
        <w:t>ile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ortak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yapılacaktır</w:t>
      </w:r>
      <w:proofErr w:type="spellEnd"/>
      <w:r>
        <w:rPr>
          <w:sz w:val="19"/>
        </w:rPr>
        <w:t>.</w:t>
      </w:r>
    </w:p>
    <w:sectPr w:rsidR="00230A81" w:rsidSect="00034616">
      <w:footerReference w:type="default" r:id="rId8"/>
      <w:pgSz w:w="16838" w:h="11906"/>
      <w:pgMar w:top="697" w:right="901" w:bottom="697" w:left="90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1C45B" w14:textId="77777777" w:rsidR="0076436E" w:rsidRDefault="0076436E">
      <w:r>
        <w:separator/>
      </w:r>
    </w:p>
  </w:endnote>
  <w:endnote w:type="continuationSeparator" w:id="0">
    <w:p w14:paraId="29E33509" w14:textId="77777777" w:rsidR="0076436E" w:rsidRDefault="0076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5CAD" w14:textId="58835015" w:rsidR="00230A81" w:rsidRDefault="00000000">
    <w:pPr>
      <w:pStyle w:val="Footer"/>
      <w:jc w:val="right"/>
    </w:pPr>
    <w:r>
      <w:rPr>
        <w:b/>
        <w:sz w:val="15"/>
      </w:rPr>
      <w:t xml:space="preserve">Son </w:t>
    </w:r>
    <w:proofErr w:type="spellStart"/>
    <w:r>
      <w:rPr>
        <w:b/>
        <w:sz w:val="15"/>
      </w:rPr>
      <w:t>Güncelleme</w:t>
    </w:r>
    <w:proofErr w:type="spellEnd"/>
    <w:r>
      <w:rPr>
        <w:b/>
        <w:sz w:val="15"/>
      </w:rPr>
      <w:t>: 0</w:t>
    </w:r>
    <w:r w:rsidR="004D7C71">
      <w:rPr>
        <w:b/>
        <w:sz w:val="15"/>
      </w:rPr>
      <w:t>2</w:t>
    </w:r>
    <w:r>
      <w:rPr>
        <w:b/>
        <w:sz w:val="15"/>
      </w:rPr>
      <w:t>.11.2026</w:t>
    </w:r>
    <w:r w:rsidR="004D7C71">
      <w:rPr>
        <w:b/>
        <w:sz w:val="15"/>
      </w:rPr>
      <w:t>, 15:30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7B67" w14:textId="77777777" w:rsidR="0076436E" w:rsidRDefault="0076436E">
      <w:r>
        <w:separator/>
      </w:r>
    </w:p>
  </w:footnote>
  <w:footnote w:type="continuationSeparator" w:id="0">
    <w:p w14:paraId="35AD756D" w14:textId="77777777" w:rsidR="0076436E" w:rsidRDefault="0076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2081994">
    <w:abstractNumId w:val="8"/>
  </w:num>
  <w:num w:numId="2" w16cid:durableId="1000473229">
    <w:abstractNumId w:val="6"/>
  </w:num>
  <w:num w:numId="3" w16cid:durableId="364866271">
    <w:abstractNumId w:val="5"/>
  </w:num>
  <w:num w:numId="4" w16cid:durableId="1687706529">
    <w:abstractNumId w:val="4"/>
  </w:num>
  <w:num w:numId="5" w16cid:durableId="317613252">
    <w:abstractNumId w:val="7"/>
  </w:num>
  <w:num w:numId="6" w16cid:durableId="1693190399">
    <w:abstractNumId w:val="3"/>
  </w:num>
  <w:num w:numId="7" w16cid:durableId="1971087826">
    <w:abstractNumId w:val="2"/>
  </w:num>
  <w:num w:numId="8" w16cid:durableId="925844415">
    <w:abstractNumId w:val="1"/>
  </w:num>
  <w:num w:numId="9" w16cid:durableId="12015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0A81"/>
    <w:rsid w:val="002426E1"/>
    <w:rsid w:val="0029639D"/>
    <w:rsid w:val="00326F90"/>
    <w:rsid w:val="004D7C71"/>
    <w:rsid w:val="0054159C"/>
    <w:rsid w:val="00717D3B"/>
    <w:rsid w:val="0076436E"/>
    <w:rsid w:val="00AA1D8D"/>
    <w:rsid w:val="00B47730"/>
    <w:rsid w:val="00C67A7B"/>
    <w:rsid w:val="00CB0664"/>
    <w:rsid w:val="00D0757E"/>
    <w:rsid w:val="00DA5E00"/>
    <w:rsid w:val="00DE2677"/>
    <w:rsid w:val="00F14A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A5CCE"/>
  <w14:defaultImageDpi w14:val="300"/>
  <w15:docId w15:val="{6B5E2206-B6BA-4C28-8487-6F1F6C81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.</cp:lastModifiedBy>
  <cp:revision>3</cp:revision>
  <dcterms:created xsi:type="dcterms:W3CDTF">2026-11-02T12:26:00Z</dcterms:created>
  <dcterms:modified xsi:type="dcterms:W3CDTF">2026-11-02T12:28:00Z</dcterms:modified>
  <cp:category/>
</cp:coreProperties>
</file>