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2703F" w14:textId="77777777" w:rsidR="00230A81" w:rsidRDefault="00000000">
      <w:pPr>
        <w:keepNext/>
        <w:jc w:val="center"/>
      </w:pPr>
      <w:r>
        <w:rPr>
          <w:b/>
          <w:sz w:val="21"/>
        </w:rPr>
        <w:t>AFYON KOCATEPE ÜNİVERSİTESİ</w:t>
      </w:r>
    </w:p>
    <w:p w14:paraId="07C91302" w14:textId="77777777" w:rsidR="00230A81" w:rsidRDefault="00000000">
      <w:pPr>
        <w:keepNext/>
        <w:jc w:val="center"/>
      </w:pPr>
      <w:r>
        <w:rPr>
          <w:b/>
          <w:sz w:val="21"/>
        </w:rPr>
        <w:t>SANDIKLI UYGULAMALI BİLİMLER YÜKSEKOKULU</w:t>
      </w:r>
    </w:p>
    <w:p w14:paraId="47EAD96A" w14:textId="77777777" w:rsidR="00230A81" w:rsidRDefault="00000000">
      <w:pPr>
        <w:keepNext/>
        <w:jc w:val="center"/>
      </w:pPr>
      <w:r>
        <w:rPr>
          <w:b/>
          <w:sz w:val="21"/>
        </w:rPr>
        <w:t>ÇOCUK GELİŞİMİ BÖLÜMÜ</w:t>
      </w:r>
    </w:p>
    <w:p w14:paraId="17A39F5C" w14:textId="77777777" w:rsidR="00230A81" w:rsidRDefault="00000000">
      <w:pPr>
        <w:keepNext/>
        <w:jc w:val="center"/>
      </w:pPr>
      <w:r>
        <w:rPr>
          <w:b/>
          <w:sz w:val="21"/>
        </w:rPr>
        <w:t>2026-2027 GÜZ YARIYILI ARA SINAV TAKVİMİ</w:t>
      </w:r>
    </w:p>
    <w:p w14:paraId="7B255CD1" w14:textId="77777777" w:rsidR="00230A81" w:rsidRDefault="00230A81">
      <w:pPr>
        <w:spacing w:after="18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50"/>
        <w:gridCol w:w="799"/>
        <w:gridCol w:w="1548"/>
        <w:gridCol w:w="4297"/>
        <w:gridCol w:w="952"/>
        <w:gridCol w:w="1650"/>
        <w:gridCol w:w="4099"/>
      </w:tblGrid>
      <w:tr w:rsidR="00230A81" w14:paraId="28AC30C6" w14:textId="77777777">
        <w:trPr>
          <w:tblHeader/>
          <w:jc w:val="center"/>
        </w:trPr>
        <w:tc>
          <w:tcPr>
            <w:tcW w:w="1650" w:type="dxa"/>
            <w:tcBorders>
              <w:top w:val="single" w:sz="6" w:space="0" w:color="222222"/>
              <w:left w:val="single" w:sz="6" w:space="0" w:color="333333"/>
              <w:bottom w:val="single" w:sz="13" w:space="0" w:color="222222"/>
              <w:right w:val="single" w:sz="6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6366BA4E" w14:textId="77777777" w:rsidR="00230A81" w:rsidRDefault="00000000">
            <w:pPr>
              <w:jc w:val="center"/>
            </w:pPr>
            <w:r>
              <w:rPr>
                <w:b/>
              </w:rPr>
              <w:t>TARİH</w:t>
            </w:r>
          </w:p>
        </w:tc>
        <w:tc>
          <w:tcPr>
            <w:tcW w:w="799" w:type="dxa"/>
            <w:tcBorders>
              <w:top w:val="single" w:sz="6" w:space="0" w:color="222222"/>
              <w:left w:val="single" w:sz="6" w:space="0" w:color="333333"/>
              <w:bottom w:val="single" w:sz="13" w:space="0" w:color="222222"/>
              <w:right w:val="single" w:sz="6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77063041" w14:textId="77777777" w:rsidR="00230A81" w:rsidRDefault="00000000">
            <w:pPr>
              <w:jc w:val="center"/>
            </w:pPr>
            <w:r>
              <w:rPr>
                <w:b/>
              </w:rPr>
              <w:t>SAAT</w:t>
            </w:r>
          </w:p>
        </w:tc>
        <w:tc>
          <w:tcPr>
            <w:tcW w:w="1548" w:type="dxa"/>
            <w:tcBorders>
              <w:top w:val="single" w:sz="6" w:space="0" w:color="222222"/>
              <w:left w:val="single" w:sz="6" w:space="0" w:color="333333"/>
              <w:bottom w:val="single" w:sz="13" w:space="0" w:color="222222"/>
              <w:right w:val="single" w:sz="6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4376195C" w14:textId="77777777" w:rsidR="00230A81" w:rsidRDefault="00000000">
            <w:pPr>
              <w:jc w:val="center"/>
            </w:pPr>
            <w:r>
              <w:rPr>
                <w:b/>
              </w:rPr>
              <w:t>BÖLÜM-SINIF</w:t>
            </w:r>
          </w:p>
        </w:tc>
        <w:tc>
          <w:tcPr>
            <w:tcW w:w="4297" w:type="dxa"/>
            <w:tcBorders>
              <w:top w:val="single" w:sz="6" w:space="0" w:color="222222"/>
              <w:left w:val="single" w:sz="6" w:space="0" w:color="333333"/>
              <w:bottom w:val="single" w:sz="13" w:space="0" w:color="222222"/>
              <w:right w:val="single" w:sz="6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24B7C00E" w14:textId="77777777" w:rsidR="00230A81" w:rsidRDefault="00000000">
            <w:pPr>
              <w:jc w:val="center"/>
            </w:pPr>
            <w:r>
              <w:rPr>
                <w:b/>
              </w:rPr>
              <w:t>DERS</w:t>
            </w:r>
          </w:p>
        </w:tc>
        <w:tc>
          <w:tcPr>
            <w:tcW w:w="952" w:type="dxa"/>
            <w:tcBorders>
              <w:top w:val="single" w:sz="6" w:space="0" w:color="222222"/>
              <w:left w:val="single" w:sz="6" w:space="0" w:color="333333"/>
              <w:bottom w:val="single" w:sz="13" w:space="0" w:color="222222"/>
              <w:right w:val="single" w:sz="6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384FA690" w14:textId="77777777" w:rsidR="00230A81" w:rsidRDefault="00000000">
            <w:pPr>
              <w:jc w:val="center"/>
            </w:pPr>
            <w:r>
              <w:rPr>
                <w:b/>
              </w:rPr>
              <w:t>SAYI</w:t>
            </w:r>
          </w:p>
        </w:tc>
        <w:tc>
          <w:tcPr>
            <w:tcW w:w="1650" w:type="dxa"/>
            <w:tcBorders>
              <w:top w:val="single" w:sz="6" w:space="0" w:color="222222"/>
              <w:left w:val="single" w:sz="6" w:space="0" w:color="333333"/>
              <w:bottom w:val="single" w:sz="13" w:space="0" w:color="222222"/>
              <w:right w:val="single" w:sz="6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62B5B51B" w14:textId="77777777" w:rsidR="00230A81" w:rsidRDefault="00000000">
            <w:pPr>
              <w:jc w:val="center"/>
            </w:pPr>
            <w:r>
              <w:rPr>
                <w:b/>
              </w:rPr>
              <w:t>SALON</w:t>
            </w:r>
          </w:p>
        </w:tc>
        <w:tc>
          <w:tcPr>
            <w:tcW w:w="4099" w:type="dxa"/>
            <w:tcBorders>
              <w:top w:val="single" w:sz="6" w:space="0" w:color="222222"/>
              <w:left w:val="single" w:sz="6" w:space="0" w:color="333333"/>
              <w:bottom w:val="single" w:sz="13" w:space="0" w:color="222222"/>
              <w:right w:val="single" w:sz="6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6FF1C1FE" w14:textId="77777777" w:rsidR="00230A81" w:rsidRDefault="00000000">
            <w:pPr>
              <w:jc w:val="center"/>
            </w:pPr>
            <w:r>
              <w:rPr>
                <w:b/>
              </w:rPr>
              <w:t>ÖĞRETİM ELEMANI</w:t>
            </w:r>
          </w:p>
        </w:tc>
      </w:tr>
      <w:tr w:rsidR="00230A81" w14:paraId="69EFFFFD" w14:textId="77777777">
        <w:trPr>
          <w:cantSplit/>
          <w:jc w:val="center"/>
        </w:trPr>
        <w:tc>
          <w:tcPr>
            <w:tcW w:w="1650" w:type="dxa"/>
            <w:vMerge w:val="restart"/>
            <w:tcBorders>
              <w:top w:val="single" w:sz="17" w:space="0" w:color="1C1C1C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70D7ED60" w14:textId="77777777" w:rsidR="00230A81" w:rsidRDefault="00000000">
            <w:pPr>
              <w:jc w:val="center"/>
            </w:pPr>
            <w:r>
              <w:rPr>
                <w:b/>
              </w:rPr>
              <w:t>9 Kasım 2026</w:t>
            </w:r>
            <w:r>
              <w:rPr>
                <w:b/>
              </w:rPr>
              <w:br/>
              <w:t>Pazartesi</w:t>
            </w:r>
          </w:p>
        </w:tc>
        <w:tc>
          <w:tcPr>
            <w:tcW w:w="799" w:type="dxa"/>
            <w:tcBorders>
              <w:top w:val="single" w:sz="17" w:space="0" w:color="1C1C1C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26BA66BA" w14:textId="77777777" w:rsidR="00230A81" w:rsidRDefault="00000000">
            <w:pPr>
              <w:jc w:val="center"/>
            </w:pPr>
            <w:r>
              <w:t>09:30</w:t>
            </w:r>
          </w:p>
        </w:tc>
        <w:tc>
          <w:tcPr>
            <w:tcW w:w="1548" w:type="dxa"/>
            <w:tcBorders>
              <w:top w:val="single" w:sz="17" w:space="0" w:color="1C1C1C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5803A1F2" w14:textId="77777777" w:rsidR="00230A81" w:rsidRDefault="00000000">
            <w:pPr>
              <w:jc w:val="center"/>
            </w:pPr>
            <w:r>
              <w:t>Çocuk Gelişimi-3</w:t>
            </w:r>
          </w:p>
        </w:tc>
        <w:tc>
          <w:tcPr>
            <w:tcW w:w="4297" w:type="dxa"/>
            <w:tcBorders>
              <w:top w:val="single" w:sz="17" w:space="0" w:color="1C1C1C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1E68997B" w14:textId="77777777" w:rsidR="00230A81" w:rsidRDefault="00000000">
            <w:r>
              <w:t>Erken Çocukluk Döneminde Program Geliştirme (Seç)</w:t>
            </w:r>
          </w:p>
        </w:tc>
        <w:tc>
          <w:tcPr>
            <w:tcW w:w="952" w:type="dxa"/>
            <w:tcBorders>
              <w:top w:val="single" w:sz="17" w:space="0" w:color="1C1C1C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2DD4D1FC" w14:textId="77777777" w:rsidR="00230A81" w:rsidRDefault="00000000">
            <w:pPr>
              <w:jc w:val="center"/>
            </w:pPr>
            <w:r>
              <w:t>47</w:t>
            </w:r>
          </w:p>
        </w:tc>
        <w:tc>
          <w:tcPr>
            <w:tcW w:w="1650" w:type="dxa"/>
            <w:tcBorders>
              <w:top w:val="single" w:sz="17" w:space="0" w:color="1C1C1C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58888344" w14:textId="77777777" w:rsidR="00230A81" w:rsidRDefault="00000000">
            <w:pPr>
              <w:jc w:val="center"/>
            </w:pPr>
            <w:r>
              <w:t>Amfi</w:t>
            </w:r>
          </w:p>
        </w:tc>
        <w:tc>
          <w:tcPr>
            <w:tcW w:w="4099" w:type="dxa"/>
            <w:tcBorders>
              <w:top w:val="single" w:sz="17" w:space="0" w:color="1C1C1C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0820B5ED" w14:textId="77777777" w:rsidR="00230A81" w:rsidRDefault="00000000">
            <w:r>
              <w:t>Doç. Dr. Emine AKKAŞ BAYSAL</w:t>
            </w:r>
          </w:p>
        </w:tc>
      </w:tr>
      <w:tr w:rsidR="00230A81" w14:paraId="32585F02" w14:textId="77777777">
        <w:trPr>
          <w:cantSplit/>
          <w:jc w:val="center"/>
        </w:trPr>
        <w:tc>
          <w:tcPr>
            <w:tcW w:w="1650" w:type="dxa"/>
            <w:vMerge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373C8446" w14:textId="77777777" w:rsidR="00230A81" w:rsidRDefault="00230A81"/>
        </w:tc>
        <w:tc>
          <w:tcPr>
            <w:tcW w:w="7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27AB3278" w14:textId="77777777" w:rsidR="00230A81" w:rsidRDefault="00000000">
            <w:pPr>
              <w:jc w:val="center"/>
            </w:pPr>
            <w:r>
              <w:t>10:30</w:t>
            </w:r>
          </w:p>
        </w:tc>
        <w:tc>
          <w:tcPr>
            <w:tcW w:w="1548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6DBBF28B" w14:textId="77777777" w:rsidR="00230A81" w:rsidRDefault="00000000">
            <w:pPr>
              <w:jc w:val="center"/>
            </w:pPr>
            <w:r>
              <w:t>Çocuk Gelişimi-3</w:t>
            </w:r>
          </w:p>
        </w:tc>
        <w:tc>
          <w:tcPr>
            <w:tcW w:w="4297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5E54AD3D" w14:textId="77777777" w:rsidR="00230A81" w:rsidRDefault="00000000">
            <w:r>
              <w:t>Gelişimsel Tanı ve Değerlendirme Yöntemleri (Z)</w:t>
            </w:r>
          </w:p>
        </w:tc>
        <w:tc>
          <w:tcPr>
            <w:tcW w:w="952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7186E8FB" w14:textId="77777777" w:rsidR="00230A81" w:rsidRDefault="00000000">
            <w:pPr>
              <w:jc w:val="center"/>
            </w:pPr>
            <w:r>
              <w:t>47</w:t>
            </w:r>
          </w:p>
        </w:tc>
        <w:tc>
          <w:tcPr>
            <w:tcW w:w="1650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5FA4CDA2" w14:textId="77777777" w:rsidR="00230A81" w:rsidRDefault="00000000">
            <w:pPr>
              <w:jc w:val="center"/>
            </w:pPr>
            <w:r>
              <w:t>Amfi</w:t>
            </w:r>
          </w:p>
        </w:tc>
        <w:tc>
          <w:tcPr>
            <w:tcW w:w="40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5071A1C8" w14:textId="77777777" w:rsidR="00230A81" w:rsidRDefault="00000000">
            <w:r>
              <w:t>Doç. Dr. Emine AKKAŞ BAYSAL</w:t>
            </w:r>
          </w:p>
        </w:tc>
      </w:tr>
      <w:tr w:rsidR="00230A81" w14:paraId="760A98EE" w14:textId="77777777">
        <w:trPr>
          <w:cantSplit/>
          <w:jc w:val="center"/>
        </w:trPr>
        <w:tc>
          <w:tcPr>
            <w:tcW w:w="1650" w:type="dxa"/>
            <w:vMerge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0341920B" w14:textId="77777777" w:rsidR="00230A81" w:rsidRDefault="00230A81"/>
        </w:tc>
        <w:tc>
          <w:tcPr>
            <w:tcW w:w="7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058C59F6" w14:textId="77777777" w:rsidR="00230A81" w:rsidRDefault="00000000">
            <w:pPr>
              <w:jc w:val="center"/>
            </w:pPr>
            <w:r>
              <w:t>15:00</w:t>
            </w:r>
          </w:p>
        </w:tc>
        <w:tc>
          <w:tcPr>
            <w:tcW w:w="1548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7463DB0D" w14:textId="77777777" w:rsidR="00230A81" w:rsidRDefault="00000000">
            <w:pPr>
              <w:jc w:val="center"/>
            </w:pPr>
            <w:r>
              <w:t>Çocuk Gelişimi-2</w:t>
            </w:r>
          </w:p>
        </w:tc>
        <w:tc>
          <w:tcPr>
            <w:tcW w:w="4297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35D78AC2" w14:textId="77777777" w:rsidR="00230A81" w:rsidRDefault="00000000">
            <w:r>
              <w:t>İletişim ve Halkla İlişkiler (Seç)</w:t>
            </w:r>
          </w:p>
        </w:tc>
        <w:tc>
          <w:tcPr>
            <w:tcW w:w="952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28F30793" w14:textId="77777777" w:rsidR="00230A81" w:rsidRDefault="00000000">
            <w:pPr>
              <w:jc w:val="center"/>
            </w:pPr>
            <w:r>
              <w:t>27</w:t>
            </w:r>
          </w:p>
        </w:tc>
        <w:tc>
          <w:tcPr>
            <w:tcW w:w="1650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0E7656BE" w14:textId="77777777" w:rsidR="00230A81" w:rsidRDefault="00000000">
            <w:pPr>
              <w:jc w:val="center"/>
            </w:pPr>
            <w:r>
              <w:t>Amfi</w:t>
            </w:r>
          </w:p>
        </w:tc>
        <w:tc>
          <w:tcPr>
            <w:tcW w:w="40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6CEA5D4F" w14:textId="77777777" w:rsidR="00230A81" w:rsidRDefault="00000000">
            <w:r>
              <w:t>Öğr. Gör. Emrah BOZKURT</w:t>
            </w:r>
          </w:p>
        </w:tc>
      </w:tr>
      <w:tr w:rsidR="00230A81" w14:paraId="6967DB81" w14:textId="77777777">
        <w:trPr>
          <w:cantSplit/>
          <w:jc w:val="center"/>
        </w:trPr>
        <w:tc>
          <w:tcPr>
            <w:tcW w:w="1650" w:type="dxa"/>
            <w:vMerge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0F99DEC5" w14:textId="77777777" w:rsidR="00230A81" w:rsidRDefault="00230A81"/>
        </w:tc>
        <w:tc>
          <w:tcPr>
            <w:tcW w:w="7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1D03EC3B" w14:textId="77777777" w:rsidR="00230A81" w:rsidRDefault="00000000">
            <w:pPr>
              <w:jc w:val="center"/>
            </w:pPr>
            <w:r>
              <w:t>16:00</w:t>
            </w:r>
          </w:p>
        </w:tc>
        <w:tc>
          <w:tcPr>
            <w:tcW w:w="1548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3A8A63E8" w14:textId="77777777" w:rsidR="00230A81" w:rsidRDefault="00000000">
            <w:pPr>
              <w:jc w:val="center"/>
            </w:pPr>
            <w:r>
              <w:t>Çocuk Gelişimi-4</w:t>
            </w:r>
          </w:p>
        </w:tc>
        <w:tc>
          <w:tcPr>
            <w:tcW w:w="4297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6A279844" w14:textId="77777777" w:rsidR="00230A81" w:rsidRDefault="00000000">
            <w:r>
              <w:t>Üstün Yetenekli Çocuklar (Seç)</w:t>
            </w:r>
          </w:p>
        </w:tc>
        <w:tc>
          <w:tcPr>
            <w:tcW w:w="952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0C095281" w14:textId="77777777" w:rsidR="00230A81" w:rsidRDefault="00000000">
            <w:pPr>
              <w:jc w:val="center"/>
            </w:pPr>
            <w:r>
              <w:t>51</w:t>
            </w:r>
          </w:p>
        </w:tc>
        <w:tc>
          <w:tcPr>
            <w:tcW w:w="1650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5CAEE49F" w14:textId="77777777" w:rsidR="00230A81" w:rsidRDefault="00000000">
            <w:pPr>
              <w:jc w:val="center"/>
            </w:pPr>
            <w:r>
              <w:t>Amfi</w:t>
            </w:r>
          </w:p>
        </w:tc>
        <w:tc>
          <w:tcPr>
            <w:tcW w:w="40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3C8585B9" w14:textId="77777777" w:rsidR="00230A81" w:rsidRDefault="00000000">
            <w:r>
              <w:t>Doç. Dr. Emine AKKAŞ BAYSAL</w:t>
            </w:r>
          </w:p>
        </w:tc>
      </w:tr>
      <w:tr w:rsidR="00230A81" w14:paraId="4398FB05" w14:textId="77777777">
        <w:trPr>
          <w:cantSplit/>
          <w:jc w:val="center"/>
        </w:trPr>
        <w:tc>
          <w:tcPr>
            <w:tcW w:w="1650" w:type="dxa"/>
            <w:vMerge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505CC0C6" w14:textId="77777777" w:rsidR="00230A81" w:rsidRDefault="00230A81"/>
        </w:tc>
        <w:tc>
          <w:tcPr>
            <w:tcW w:w="7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115C4EC3" w14:textId="77777777" w:rsidR="00230A81" w:rsidRDefault="00000000">
            <w:pPr>
              <w:jc w:val="center"/>
            </w:pPr>
            <w:r>
              <w:t>19:00</w:t>
            </w:r>
          </w:p>
        </w:tc>
        <w:tc>
          <w:tcPr>
            <w:tcW w:w="1548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1D4658B9" w14:textId="77777777" w:rsidR="00230A81" w:rsidRDefault="00000000">
            <w:pPr>
              <w:jc w:val="center"/>
            </w:pPr>
            <w:r>
              <w:t>P. Formasyon-2</w:t>
            </w:r>
          </w:p>
        </w:tc>
        <w:tc>
          <w:tcPr>
            <w:tcW w:w="4297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2EC6686E" w14:textId="77777777" w:rsidR="00230A81" w:rsidRDefault="00000000">
            <w:r>
              <w:t>Eğitime Giriş (Formasyon)</w:t>
            </w:r>
          </w:p>
        </w:tc>
        <w:tc>
          <w:tcPr>
            <w:tcW w:w="952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0CA118C9" w14:textId="77777777" w:rsidR="00230A81" w:rsidRDefault="00000000">
            <w:pPr>
              <w:jc w:val="center"/>
            </w:pPr>
            <w:r>
              <w:t>27</w:t>
            </w:r>
          </w:p>
        </w:tc>
        <w:tc>
          <w:tcPr>
            <w:tcW w:w="1650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1B407BD0" w14:textId="77777777" w:rsidR="00230A81" w:rsidRDefault="00000000">
            <w:pPr>
              <w:jc w:val="center"/>
            </w:pPr>
            <w:r>
              <w:t>Online</w:t>
            </w:r>
          </w:p>
        </w:tc>
        <w:tc>
          <w:tcPr>
            <w:tcW w:w="40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13DA9529" w14:textId="77777777" w:rsidR="00230A81" w:rsidRDefault="00000000">
            <w:r>
              <w:t>Dr. Öğr. Üyesi Ramazan YURTSEVEN</w:t>
            </w:r>
          </w:p>
        </w:tc>
      </w:tr>
      <w:tr w:rsidR="00230A81" w14:paraId="51F6D0ED" w14:textId="77777777">
        <w:trPr>
          <w:cantSplit/>
          <w:jc w:val="center"/>
        </w:trPr>
        <w:tc>
          <w:tcPr>
            <w:tcW w:w="1650" w:type="dxa"/>
            <w:vMerge w:val="restart"/>
            <w:tcBorders>
              <w:top w:val="single" w:sz="17" w:space="0" w:color="1C1C1C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5EE2C056" w14:textId="77777777" w:rsidR="00230A81" w:rsidRDefault="00000000">
            <w:pPr>
              <w:jc w:val="center"/>
            </w:pPr>
            <w:r>
              <w:rPr>
                <w:b/>
              </w:rPr>
              <w:t>10 Kasım 2026</w:t>
            </w:r>
            <w:r>
              <w:rPr>
                <w:b/>
              </w:rPr>
              <w:br/>
              <w:t>Salı</w:t>
            </w:r>
          </w:p>
        </w:tc>
        <w:tc>
          <w:tcPr>
            <w:tcW w:w="799" w:type="dxa"/>
            <w:tcBorders>
              <w:top w:val="single" w:sz="17" w:space="0" w:color="1C1C1C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3BF9950F" w14:textId="77777777" w:rsidR="00230A81" w:rsidRDefault="00000000">
            <w:pPr>
              <w:jc w:val="center"/>
            </w:pPr>
            <w:r>
              <w:t>10:30</w:t>
            </w:r>
          </w:p>
        </w:tc>
        <w:tc>
          <w:tcPr>
            <w:tcW w:w="1548" w:type="dxa"/>
            <w:tcBorders>
              <w:top w:val="single" w:sz="17" w:space="0" w:color="1C1C1C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70D836EA" w14:textId="77777777" w:rsidR="00230A81" w:rsidRDefault="00000000">
            <w:pPr>
              <w:jc w:val="center"/>
            </w:pPr>
            <w:r>
              <w:t>Çocuk Gelişimi-2</w:t>
            </w:r>
          </w:p>
        </w:tc>
        <w:tc>
          <w:tcPr>
            <w:tcW w:w="4297" w:type="dxa"/>
            <w:tcBorders>
              <w:top w:val="single" w:sz="17" w:space="0" w:color="1C1C1C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31BFA060" w14:textId="77777777" w:rsidR="00230A81" w:rsidRDefault="00000000">
            <w:r>
              <w:t>Sosyal Gelişim (Z)</w:t>
            </w:r>
          </w:p>
        </w:tc>
        <w:tc>
          <w:tcPr>
            <w:tcW w:w="952" w:type="dxa"/>
            <w:tcBorders>
              <w:top w:val="single" w:sz="17" w:space="0" w:color="1C1C1C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1F7855F9" w14:textId="77777777" w:rsidR="00230A81" w:rsidRDefault="00000000">
            <w:pPr>
              <w:jc w:val="center"/>
            </w:pPr>
            <w:r>
              <w:t>29</w:t>
            </w:r>
          </w:p>
        </w:tc>
        <w:tc>
          <w:tcPr>
            <w:tcW w:w="1650" w:type="dxa"/>
            <w:tcBorders>
              <w:top w:val="single" w:sz="17" w:space="0" w:color="1C1C1C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6686F5CA" w14:textId="77777777" w:rsidR="00230A81" w:rsidRDefault="00000000">
            <w:pPr>
              <w:jc w:val="center"/>
            </w:pPr>
            <w:r>
              <w:t>206</w:t>
            </w:r>
          </w:p>
        </w:tc>
        <w:tc>
          <w:tcPr>
            <w:tcW w:w="4099" w:type="dxa"/>
            <w:tcBorders>
              <w:top w:val="single" w:sz="17" w:space="0" w:color="1C1C1C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62903965" w14:textId="77777777" w:rsidR="00230A81" w:rsidRDefault="00000000">
            <w:r>
              <w:t>Doç. Dr. Esin SEZGİN</w:t>
            </w:r>
          </w:p>
        </w:tc>
      </w:tr>
      <w:tr w:rsidR="00230A81" w14:paraId="36F01F9E" w14:textId="77777777">
        <w:trPr>
          <w:cantSplit/>
          <w:jc w:val="center"/>
        </w:trPr>
        <w:tc>
          <w:tcPr>
            <w:tcW w:w="1650" w:type="dxa"/>
            <w:vMerge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04B9E9E5" w14:textId="77777777" w:rsidR="00230A81" w:rsidRDefault="00230A81"/>
        </w:tc>
        <w:tc>
          <w:tcPr>
            <w:tcW w:w="7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6B4EA8D7" w14:textId="77777777" w:rsidR="00230A81" w:rsidRDefault="00000000">
            <w:pPr>
              <w:jc w:val="center"/>
            </w:pPr>
            <w:r>
              <w:t>11:30</w:t>
            </w:r>
          </w:p>
        </w:tc>
        <w:tc>
          <w:tcPr>
            <w:tcW w:w="1548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43B03837" w14:textId="77777777" w:rsidR="00230A81" w:rsidRDefault="00000000">
            <w:pPr>
              <w:jc w:val="center"/>
            </w:pPr>
            <w:r>
              <w:t>Çocuk Gelişimi-2</w:t>
            </w:r>
          </w:p>
        </w:tc>
        <w:tc>
          <w:tcPr>
            <w:tcW w:w="4297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5A697669" w14:textId="77777777" w:rsidR="00230A81" w:rsidRDefault="00000000">
            <w:r>
              <w:t>Araştırma Teknikleri I (Z)</w:t>
            </w:r>
          </w:p>
        </w:tc>
        <w:tc>
          <w:tcPr>
            <w:tcW w:w="952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1AF09195" w14:textId="77777777" w:rsidR="00230A81" w:rsidRDefault="00000000">
            <w:pPr>
              <w:jc w:val="center"/>
            </w:pPr>
            <w:r>
              <w:t>25</w:t>
            </w:r>
          </w:p>
        </w:tc>
        <w:tc>
          <w:tcPr>
            <w:tcW w:w="1650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1A0DC923" w14:textId="77777777" w:rsidR="00230A81" w:rsidRDefault="00000000">
            <w:pPr>
              <w:jc w:val="center"/>
            </w:pPr>
            <w:r>
              <w:t>206</w:t>
            </w:r>
          </w:p>
        </w:tc>
        <w:tc>
          <w:tcPr>
            <w:tcW w:w="40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1DEA0C8C" w14:textId="77777777" w:rsidR="00230A81" w:rsidRDefault="00000000">
            <w:r>
              <w:t>Doç. Dr. Esin SEZGİN</w:t>
            </w:r>
          </w:p>
        </w:tc>
      </w:tr>
      <w:tr w:rsidR="00230A81" w14:paraId="693B96DF" w14:textId="77777777">
        <w:trPr>
          <w:cantSplit/>
          <w:jc w:val="center"/>
        </w:trPr>
        <w:tc>
          <w:tcPr>
            <w:tcW w:w="1650" w:type="dxa"/>
            <w:vMerge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34F9B230" w14:textId="77777777" w:rsidR="00230A81" w:rsidRDefault="00230A81"/>
        </w:tc>
        <w:tc>
          <w:tcPr>
            <w:tcW w:w="7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6A35A158" w14:textId="77777777" w:rsidR="00230A81" w:rsidRDefault="00000000">
            <w:pPr>
              <w:jc w:val="center"/>
            </w:pPr>
            <w:r>
              <w:t>13:00</w:t>
            </w:r>
          </w:p>
        </w:tc>
        <w:tc>
          <w:tcPr>
            <w:tcW w:w="1548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267B98DE" w14:textId="77777777" w:rsidR="00230A81" w:rsidRDefault="00000000">
            <w:pPr>
              <w:jc w:val="center"/>
            </w:pPr>
            <w:r>
              <w:t>Çocuk Gelişimi-1</w:t>
            </w:r>
          </w:p>
        </w:tc>
        <w:tc>
          <w:tcPr>
            <w:tcW w:w="4297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6EA445B3" w14:textId="77777777" w:rsidR="00230A81" w:rsidRDefault="00000000">
            <w:r>
              <w:t>Çocuk Gelişimine Giriş (Z)</w:t>
            </w:r>
          </w:p>
        </w:tc>
        <w:tc>
          <w:tcPr>
            <w:tcW w:w="952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2F12E80D" w14:textId="77777777" w:rsidR="00230A81" w:rsidRDefault="00000000">
            <w:pPr>
              <w:jc w:val="center"/>
            </w:pPr>
            <w:r>
              <w:t>29</w:t>
            </w:r>
          </w:p>
        </w:tc>
        <w:tc>
          <w:tcPr>
            <w:tcW w:w="1650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035D16AA" w14:textId="77777777" w:rsidR="00230A81" w:rsidRDefault="00000000">
            <w:pPr>
              <w:jc w:val="center"/>
            </w:pPr>
            <w:r>
              <w:t>206</w:t>
            </w:r>
          </w:p>
        </w:tc>
        <w:tc>
          <w:tcPr>
            <w:tcW w:w="40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253B265D" w14:textId="77777777" w:rsidR="00230A81" w:rsidRDefault="00000000">
            <w:r>
              <w:t>Doç. Dr. Esin SEZGİN</w:t>
            </w:r>
          </w:p>
        </w:tc>
      </w:tr>
      <w:tr w:rsidR="00230A81" w14:paraId="07732613" w14:textId="77777777">
        <w:trPr>
          <w:cantSplit/>
          <w:jc w:val="center"/>
        </w:trPr>
        <w:tc>
          <w:tcPr>
            <w:tcW w:w="1650" w:type="dxa"/>
            <w:vMerge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2E17E817" w14:textId="77777777" w:rsidR="00230A81" w:rsidRDefault="00230A81"/>
        </w:tc>
        <w:tc>
          <w:tcPr>
            <w:tcW w:w="7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662F9697" w14:textId="77777777" w:rsidR="00230A81" w:rsidRDefault="00000000">
            <w:pPr>
              <w:jc w:val="center"/>
            </w:pPr>
            <w:r>
              <w:t>14:00</w:t>
            </w:r>
          </w:p>
        </w:tc>
        <w:tc>
          <w:tcPr>
            <w:tcW w:w="1548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4AB10FB2" w14:textId="77777777" w:rsidR="00230A81" w:rsidRDefault="00000000">
            <w:pPr>
              <w:jc w:val="center"/>
            </w:pPr>
            <w:r>
              <w:t>Çocuk Gelişimi-3</w:t>
            </w:r>
          </w:p>
        </w:tc>
        <w:tc>
          <w:tcPr>
            <w:tcW w:w="4297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05B40EA3" w14:textId="77777777" w:rsidR="00230A81" w:rsidRDefault="00000000">
            <w:r>
              <w:t>Erken Müdahale (Z)</w:t>
            </w:r>
          </w:p>
        </w:tc>
        <w:tc>
          <w:tcPr>
            <w:tcW w:w="952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67A23710" w14:textId="77777777" w:rsidR="00230A81" w:rsidRDefault="00000000">
            <w:pPr>
              <w:jc w:val="center"/>
            </w:pPr>
            <w:r>
              <w:t>45</w:t>
            </w:r>
          </w:p>
        </w:tc>
        <w:tc>
          <w:tcPr>
            <w:tcW w:w="1650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55275553" w14:textId="6D1D7BC2" w:rsidR="00230A81" w:rsidRDefault="00D0757E">
            <w:pPr>
              <w:jc w:val="center"/>
            </w:pPr>
            <w:r>
              <w:t>101</w:t>
            </w:r>
          </w:p>
        </w:tc>
        <w:tc>
          <w:tcPr>
            <w:tcW w:w="40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61013C4C" w14:textId="77777777" w:rsidR="00230A81" w:rsidRDefault="00000000">
            <w:r>
              <w:t>Doç. Dr. Esin SEZGİN</w:t>
            </w:r>
          </w:p>
        </w:tc>
      </w:tr>
      <w:tr w:rsidR="00230A81" w14:paraId="4E84A389" w14:textId="77777777">
        <w:trPr>
          <w:cantSplit/>
          <w:jc w:val="center"/>
        </w:trPr>
        <w:tc>
          <w:tcPr>
            <w:tcW w:w="1650" w:type="dxa"/>
            <w:vMerge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6788610B" w14:textId="77777777" w:rsidR="00230A81" w:rsidRDefault="00230A81"/>
        </w:tc>
        <w:tc>
          <w:tcPr>
            <w:tcW w:w="7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75FFE166" w14:textId="77777777" w:rsidR="00230A81" w:rsidRDefault="00000000">
            <w:pPr>
              <w:jc w:val="center"/>
            </w:pPr>
            <w:r>
              <w:t>15:00</w:t>
            </w:r>
          </w:p>
        </w:tc>
        <w:tc>
          <w:tcPr>
            <w:tcW w:w="1548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7476F04D" w14:textId="77777777" w:rsidR="00230A81" w:rsidRDefault="00000000">
            <w:pPr>
              <w:jc w:val="center"/>
            </w:pPr>
            <w:r>
              <w:t>Çocuk Gelişimi-4</w:t>
            </w:r>
          </w:p>
        </w:tc>
        <w:tc>
          <w:tcPr>
            <w:tcW w:w="4297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11EDA9B2" w14:textId="77777777" w:rsidR="00230A81" w:rsidRDefault="00000000">
            <w:r>
              <w:t>Aile Danışmanlığı (Seç)</w:t>
            </w:r>
          </w:p>
        </w:tc>
        <w:tc>
          <w:tcPr>
            <w:tcW w:w="952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6593BE8B" w14:textId="77777777" w:rsidR="00230A81" w:rsidRDefault="00000000">
            <w:pPr>
              <w:jc w:val="center"/>
            </w:pPr>
            <w:r>
              <w:t>50</w:t>
            </w:r>
          </w:p>
        </w:tc>
        <w:tc>
          <w:tcPr>
            <w:tcW w:w="1650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7001D321" w14:textId="77777777" w:rsidR="00230A81" w:rsidRDefault="00000000">
            <w:pPr>
              <w:jc w:val="center"/>
            </w:pPr>
            <w:r>
              <w:t>Amfi</w:t>
            </w:r>
          </w:p>
        </w:tc>
        <w:tc>
          <w:tcPr>
            <w:tcW w:w="40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110D83C4" w14:textId="77777777" w:rsidR="00230A81" w:rsidRDefault="00000000">
            <w:r>
              <w:t>Dr. Öğr. Üyesi Mahmut ERDİL</w:t>
            </w:r>
          </w:p>
        </w:tc>
      </w:tr>
      <w:tr w:rsidR="00230A81" w14:paraId="03ACFFA4" w14:textId="77777777">
        <w:trPr>
          <w:cantSplit/>
          <w:jc w:val="center"/>
        </w:trPr>
        <w:tc>
          <w:tcPr>
            <w:tcW w:w="1650" w:type="dxa"/>
            <w:vMerge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5182947D" w14:textId="77777777" w:rsidR="00230A81" w:rsidRDefault="00230A81"/>
        </w:tc>
        <w:tc>
          <w:tcPr>
            <w:tcW w:w="7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19875176" w14:textId="77777777" w:rsidR="00230A81" w:rsidRDefault="00000000">
            <w:pPr>
              <w:jc w:val="center"/>
            </w:pPr>
            <w:r>
              <w:t>19:00</w:t>
            </w:r>
          </w:p>
        </w:tc>
        <w:tc>
          <w:tcPr>
            <w:tcW w:w="1548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774CCB5E" w14:textId="77777777" w:rsidR="00230A81" w:rsidRDefault="00000000">
            <w:pPr>
              <w:jc w:val="center"/>
            </w:pPr>
            <w:r>
              <w:t>P. Formasyon-3</w:t>
            </w:r>
          </w:p>
        </w:tc>
        <w:tc>
          <w:tcPr>
            <w:tcW w:w="4297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5822DB7E" w14:textId="77777777" w:rsidR="00230A81" w:rsidRDefault="00000000">
            <w:r>
              <w:t>Eğitimde Ölçme ve Değerlendirme (Formasyon)</w:t>
            </w:r>
          </w:p>
        </w:tc>
        <w:tc>
          <w:tcPr>
            <w:tcW w:w="952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4C4B64D6" w14:textId="77777777" w:rsidR="00230A81" w:rsidRDefault="00000000">
            <w:pPr>
              <w:jc w:val="center"/>
            </w:pPr>
            <w:r>
              <w:t>45</w:t>
            </w:r>
          </w:p>
        </w:tc>
        <w:tc>
          <w:tcPr>
            <w:tcW w:w="1650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03684D72" w14:textId="77777777" w:rsidR="00230A81" w:rsidRDefault="00000000">
            <w:pPr>
              <w:jc w:val="center"/>
            </w:pPr>
            <w:r>
              <w:t>Online</w:t>
            </w:r>
          </w:p>
        </w:tc>
        <w:tc>
          <w:tcPr>
            <w:tcW w:w="40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536FD0E0" w14:textId="77777777" w:rsidR="00230A81" w:rsidRDefault="00000000">
            <w:r>
              <w:t>Doç. Dr. Esra TEKEL</w:t>
            </w:r>
          </w:p>
        </w:tc>
      </w:tr>
      <w:tr w:rsidR="00230A81" w14:paraId="43322A62" w14:textId="77777777">
        <w:trPr>
          <w:cantSplit/>
          <w:jc w:val="center"/>
        </w:trPr>
        <w:tc>
          <w:tcPr>
            <w:tcW w:w="1650" w:type="dxa"/>
            <w:vMerge w:val="restart"/>
            <w:tcBorders>
              <w:top w:val="single" w:sz="17" w:space="0" w:color="1C1C1C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1ED7D706" w14:textId="77777777" w:rsidR="00230A81" w:rsidRDefault="00000000">
            <w:pPr>
              <w:jc w:val="center"/>
            </w:pPr>
            <w:r>
              <w:rPr>
                <w:b/>
              </w:rPr>
              <w:t>11 Kasım 2026</w:t>
            </w:r>
            <w:r>
              <w:rPr>
                <w:b/>
              </w:rPr>
              <w:br/>
              <w:t>Çarşamba</w:t>
            </w:r>
          </w:p>
        </w:tc>
        <w:tc>
          <w:tcPr>
            <w:tcW w:w="799" w:type="dxa"/>
            <w:tcBorders>
              <w:top w:val="single" w:sz="17" w:space="0" w:color="1C1C1C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5960CD9B" w14:textId="77777777" w:rsidR="00230A81" w:rsidRDefault="00000000">
            <w:pPr>
              <w:jc w:val="center"/>
            </w:pPr>
            <w:r>
              <w:t>11:30</w:t>
            </w:r>
          </w:p>
        </w:tc>
        <w:tc>
          <w:tcPr>
            <w:tcW w:w="1548" w:type="dxa"/>
            <w:tcBorders>
              <w:top w:val="single" w:sz="17" w:space="0" w:color="1C1C1C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71BC97A3" w14:textId="77777777" w:rsidR="00230A81" w:rsidRDefault="00000000">
            <w:pPr>
              <w:jc w:val="center"/>
            </w:pPr>
            <w:r>
              <w:t>Çocuk Gelişimi-4</w:t>
            </w:r>
          </w:p>
        </w:tc>
        <w:tc>
          <w:tcPr>
            <w:tcW w:w="4297" w:type="dxa"/>
            <w:tcBorders>
              <w:top w:val="single" w:sz="17" w:space="0" w:color="1C1C1C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6B122A5E" w14:textId="77777777" w:rsidR="00230A81" w:rsidRDefault="00000000">
            <w:r>
              <w:t>Akran İlişkileri ve Zorbalık (Seç)</w:t>
            </w:r>
          </w:p>
        </w:tc>
        <w:tc>
          <w:tcPr>
            <w:tcW w:w="952" w:type="dxa"/>
            <w:tcBorders>
              <w:top w:val="single" w:sz="17" w:space="0" w:color="1C1C1C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32F0568E" w14:textId="77777777" w:rsidR="00230A81" w:rsidRDefault="00000000">
            <w:pPr>
              <w:jc w:val="center"/>
            </w:pPr>
            <w:r>
              <w:t>52</w:t>
            </w:r>
          </w:p>
        </w:tc>
        <w:tc>
          <w:tcPr>
            <w:tcW w:w="1650" w:type="dxa"/>
            <w:tcBorders>
              <w:top w:val="single" w:sz="17" w:space="0" w:color="1C1C1C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4935498C" w14:textId="77777777" w:rsidR="00230A81" w:rsidRDefault="00000000">
            <w:pPr>
              <w:jc w:val="center"/>
            </w:pPr>
            <w:r>
              <w:t>101</w:t>
            </w:r>
          </w:p>
        </w:tc>
        <w:tc>
          <w:tcPr>
            <w:tcW w:w="4099" w:type="dxa"/>
            <w:tcBorders>
              <w:top w:val="single" w:sz="17" w:space="0" w:color="1C1C1C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1C535009" w14:textId="77777777" w:rsidR="00230A81" w:rsidRDefault="00000000">
            <w:r>
              <w:t>Doç. Dr. Hüseyin BATMAN</w:t>
            </w:r>
          </w:p>
        </w:tc>
      </w:tr>
      <w:tr w:rsidR="00230A81" w14:paraId="32A8A2A8" w14:textId="77777777">
        <w:trPr>
          <w:cantSplit/>
          <w:jc w:val="center"/>
        </w:trPr>
        <w:tc>
          <w:tcPr>
            <w:tcW w:w="1650" w:type="dxa"/>
            <w:vMerge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7690C585" w14:textId="77777777" w:rsidR="00230A81" w:rsidRDefault="00230A81"/>
        </w:tc>
        <w:tc>
          <w:tcPr>
            <w:tcW w:w="7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2AF669F1" w14:textId="77777777" w:rsidR="00230A81" w:rsidRDefault="00000000">
            <w:pPr>
              <w:jc w:val="center"/>
            </w:pPr>
            <w:r>
              <w:t>13:00</w:t>
            </w:r>
          </w:p>
        </w:tc>
        <w:tc>
          <w:tcPr>
            <w:tcW w:w="1548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4A4B084F" w14:textId="77777777" w:rsidR="00230A81" w:rsidRDefault="00000000">
            <w:pPr>
              <w:jc w:val="center"/>
            </w:pPr>
            <w:r>
              <w:t>Çocuk Gelişimi-1</w:t>
            </w:r>
          </w:p>
        </w:tc>
        <w:tc>
          <w:tcPr>
            <w:tcW w:w="4297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3B8A9CA9" w14:textId="072AE388" w:rsidR="00230A81" w:rsidRDefault="00000000">
            <w:r>
              <w:t xml:space="preserve">Yabancı Dil I </w:t>
            </w:r>
          </w:p>
        </w:tc>
        <w:tc>
          <w:tcPr>
            <w:tcW w:w="952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4FA8D0B1" w14:textId="77777777" w:rsidR="00230A81" w:rsidRDefault="00000000">
            <w:pPr>
              <w:jc w:val="center"/>
            </w:pPr>
            <w:r>
              <w:t>23</w:t>
            </w:r>
          </w:p>
        </w:tc>
        <w:tc>
          <w:tcPr>
            <w:tcW w:w="1650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1A5AF337" w14:textId="77777777" w:rsidR="00230A81" w:rsidRDefault="00000000">
            <w:pPr>
              <w:jc w:val="center"/>
            </w:pPr>
            <w:r>
              <w:t>Online</w:t>
            </w:r>
          </w:p>
        </w:tc>
        <w:tc>
          <w:tcPr>
            <w:tcW w:w="40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2E314173" w14:textId="77777777" w:rsidR="00230A81" w:rsidRDefault="00000000">
            <w:r>
              <w:t>Doç. Dr. Emine AKKAŞ BAYSAL</w:t>
            </w:r>
          </w:p>
        </w:tc>
      </w:tr>
      <w:tr w:rsidR="00230A81" w14:paraId="7E936011" w14:textId="77777777">
        <w:trPr>
          <w:cantSplit/>
          <w:jc w:val="center"/>
        </w:trPr>
        <w:tc>
          <w:tcPr>
            <w:tcW w:w="1650" w:type="dxa"/>
            <w:vMerge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0A74E49F" w14:textId="77777777" w:rsidR="00230A81" w:rsidRDefault="00230A81"/>
        </w:tc>
        <w:tc>
          <w:tcPr>
            <w:tcW w:w="7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41735638" w14:textId="77777777" w:rsidR="00230A81" w:rsidRDefault="00000000">
            <w:pPr>
              <w:jc w:val="center"/>
            </w:pPr>
            <w:r>
              <w:t>14:00</w:t>
            </w:r>
          </w:p>
        </w:tc>
        <w:tc>
          <w:tcPr>
            <w:tcW w:w="1548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00BF6D80" w14:textId="77777777" w:rsidR="00230A81" w:rsidRDefault="00000000">
            <w:pPr>
              <w:jc w:val="center"/>
            </w:pPr>
            <w:r>
              <w:t>Çocuk Gelişimi-3</w:t>
            </w:r>
          </w:p>
        </w:tc>
        <w:tc>
          <w:tcPr>
            <w:tcW w:w="4297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4AD88218" w14:textId="77777777" w:rsidR="00230A81" w:rsidRDefault="00000000">
            <w:r>
              <w:t>İşaret Dili (Seç)</w:t>
            </w:r>
          </w:p>
        </w:tc>
        <w:tc>
          <w:tcPr>
            <w:tcW w:w="952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6F03AE34" w14:textId="77777777" w:rsidR="00230A81" w:rsidRDefault="00000000">
            <w:pPr>
              <w:jc w:val="center"/>
            </w:pPr>
            <w:r>
              <w:t>50</w:t>
            </w:r>
          </w:p>
        </w:tc>
        <w:tc>
          <w:tcPr>
            <w:tcW w:w="1650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7B3F043D" w14:textId="77777777" w:rsidR="00230A81" w:rsidRDefault="00000000">
            <w:pPr>
              <w:jc w:val="center"/>
            </w:pPr>
            <w:r>
              <w:t>Amfi</w:t>
            </w:r>
          </w:p>
        </w:tc>
        <w:tc>
          <w:tcPr>
            <w:tcW w:w="40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3B928209" w14:textId="77777777" w:rsidR="00230A81" w:rsidRDefault="00000000">
            <w:r>
              <w:t>Öğr. Özkan BERAT</w:t>
            </w:r>
          </w:p>
        </w:tc>
      </w:tr>
      <w:tr w:rsidR="00230A81" w14:paraId="7F68B585" w14:textId="77777777">
        <w:trPr>
          <w:cantSplit/>
          <w:jc w:val="center"/>
        </w:trPr>
        <w:tc>
          <w:tcPr>
            <w:tcW w:w="1650" w:type="dxa"/>
            <w:vMerge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76D97358" w14:textId="77777777" w:rsidR="00230A81" w:rsidRDefault="00230A81"/>
        </w:tc>
        <w:tc>
          <w:tcPr>
            <w:tcW w:w="7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0F2AEAE3" w14:textId="77777777" w:rsidR="00230A81" w:rsidRDefault="00000000">
            <w:pPr>
              <w:jc w:val="center"/>
            </w:pPr>
            <w:r>
              <w:t>15:00</w:t>
            </w:r>
          </w:p>
        </w:tc>
        <w:tc>
          <w:tcPr>
            <w:tcW w:w="1548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7C81B9F0" w14:textId="77777777" w:rsidR="00230A81" w:rsidRDefault="00000000">
            <w:pPr>
              <w:jc w:val="center"/>
            </w:pPr>
            <w:r>
              <w:t>Çocuk Gelişimi-1</w:t>
            </w:r>
          </w:p>
        </w:tc>
        <w:tc>
          <w:tcPr>
            <w:tcW w:w="4297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17C7243A" w14:textId="77777777" w:rsidR="00230A81" w:rsidRDefault="00000000">
            <w:r>
              <w:t>Bebeklik Döneminde Gelişim (Z)</w:t>
            </w:r>
          </w:p>
        </w:tc>
        <w:tc>
          <w:tcPr>
            <w:tcW w:w="952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4DC5783F" w14:textId="77777777" w:rsidR="00230A81" w:rsidRDefault="00000000">
            <w:pPr>
              <w:jc w:val="center"/>
            </w:pPr>
            <w:r>
              <w:t>31</w:t>
            </w:r>
          </w:p>
        </w:tc>
        <w:tc>
          <w:tcPr>
            <w:tcW w:w="1650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2BA2E50D" w14:textId="77777777" w:rsidR="00230A81" w:rsidRDefault="00000000">
            <w:pPr>
              <w:jc w:val="center"/>
            </w:pPr>
            <w:r>
              <w:t>208</w:t>
            </w:r>
          </w:p>
        </w:tc>
        <w:tc>
          <w:tcPr>
            <w:tcW w:w="40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2339E73C" w14:textId="77777777" w:rsidR="00230A81" w:rsidRDefault="00000000">
            <w:r>
              <w:t>Öğr. Gör. Ümmügülsüm ÜNLÜ</w:t>
            </w:r>
          </w:p>
        </w:tc>
      </w:tr>
      <w:tr w:rsidR="00230A81" w14:paraId="7D6441C7" w14:textId="77777777">
        <w:trPr>
          <w:cantSplit/>
          <w:jc w:val="center"/>
        </w:trPr>
        <w:tc>
          <w:tcPr>
            <w:tcW w:w="1650" w:type="dxa"/>
            <w:vMerge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6F08AF84" w14:textId="77777777" w:rsidR="00230A81" w:rsidRDefault="00230A81"/>
        </w:tc>
        <w:tc>
          <w:tcPr>
            <w:tcW w:w="7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3B425310" w14:textId="77777777" w:rsidR="00230A81" w:rsidRDefault="00000000">
            <w:pPr>
              <w:jc w:val="center"/>
            </w:pPr>
            <w:r>
              <w:t>16:00</w:t>
            </w:r>
          </w:p>
        </w:tc>
        <w:tc>
          <w:tcPr>
            <w:tcW w:w="1548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7A796D3E" w14:textId="77777777" w:rsidR="00230A81" w:rsidRDefault="00000000">
            <w:pPr>
              <w:jc w:val="center"/>
            </w:pPr>
            <w:r>
              <w:t>Çocuk Gelişimi-2</w:t>
            </w:r>
          </w:p>
        </w:tc>
        <w:tc>
          <w:tcPr>
            <w:tcW w:w="4297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1F60DAF6" w14:textId="77777777" w:rsidR="00230A81" w:rsidRDefault="00000000">
            <w:r>
              <w:t>Çocuk, Sanat ve Yaratıcılık (Seç)</w:t>
            </w:r>
          </w:p>
        </w:tc>
        <w:tc>
          <w:tcPr>
            <w:tcW w:w="952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61BCD785" w14:textId="77777777" w:rsidR="00230A81" w:rsidRDefault="00000000">
            <w:pPr>
              <w:jc w:val="center"/>
            </w:pPr>
            <w:r>
              <w:t>25</w:t>
            </w:r>
          </w:p>
        </w:tc>
        <w:tc>
          <w:tcPr>
            <w:tcW w:w="1650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24A50673" w14:textId="77777777" w:rsidR="00230A81" w:rsidRDefault="00000000">
            <w:pPr>
              <w:jc w:val="center"/>
            </w:pPr>
            <w:r>
              <w:t>208</w:t>
            </w:r>
          </w:p>
        </w:tc>
        <w:tc>
          <w:tcPr>
            <w:tcW w:w="40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69F52A4A" w14:textId="77777777" w:rsidR="00230A81" w:rsidRDefault="00000000">
            <w:r>
              <w:t>Öğr. Gör. Ümmügülsüm ÜNLÜ</w:t>
            </w:r>
          </w:p>
        </w:tc>
      </w:tr>
      <w:tr w:rsidR="00230A81" w14:paraId="7A30F049" w14:textId="77777777">
        <w:trPr>
          <w:cantSplit/>
          <w:jc w:val="center"/>
        </w:trPr>
        <w:tc>
          <w:tcPr>
            <w:tcW w:w="1650" w:type="dxa"/>
            <w:vMerge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0A3C7AE3" w14:textId="77777777" w:rsidR="00230A81" w:rsidRDefault="00230A81"/>
        </w:tc>
        <w:tc>
          <w:tcPr>
            <w:tcW w:w="7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4D43193A" w14:textId="77777777" w:rsidR="00230A81" w:rsidRDefault="00000000">
            <w:pPr>
              <w:jc w:val="center"/>
            </w:pPr>
            <w:r>
              <w:t>17:00</w:t>
            </w:r>
          </w:p>
        </w:tc>
        <w:tc>
          <w:tcPr>
            <w:tcW w:w="1548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222B99D8" w14:textId="77777777" w:rsidR="00230A81" w:rsidRDefault="00000000">
            <w:pPr>
              <w:jc w:val="center"/>
            </w:pPr>
            <w:r>
              <w:t>Çocuk Gelişimi-1</w:t>
            </w:r>
          </w:p>
        </w:tc>
        <w:tc>
          <w:tcPr>
            <w:tcW w:w="4297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7DB9A9CA" w14:textId="77777777" w:rsidR="00230A81" w:rsidRDefault="00000000">
            <w:r>
              <w:t>Türk Dili I – Çevrim İçi Sınav</w:t>
            </w:r>
          </w:p>
        </w:tc>
        <w:tc>
          <w:tcPr>
            <w:tcW w:w="952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56B39EAC" w14:textId="77777777" w:rsidR="00230A81" w:rsidRDefault="00000000">
            <w:pPr>
              <w:jc w:val="center"/>
            </w:pPr>
            <w:r>
              <w:t>57</w:t>
            </w:r>
          </w:p>
        </w:tc>
        <w:tc>
          <w:tcPr>
            <w:tcW w:w="1650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43DB02BA" w14:textId="77777777" w:rsidR="00230A81" w:rsidRDefault="00000000">
            <w:pPr>
              <w:jc w:val="center"/>
            </w:pPr>
            <w:r>
              <w:t>Online</w:t>
            </w:r>
          </w:p>
        </w:tc>
        <w:tc>
          <w:tcPr>
            <w:tcW w:w="40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44047608" w14:textId="77777777" w:rsidR="00230A81" w:rsidRDefault="00000000">
            <w:r>
              <w:t>Arş. Gör. Dr. Adnan YILDIZ</w:t>
            </w:r>
          </w:p>
        </w:tc>
      </w:tr>
      <w:tr w:rsidR="00230A81" w14:paraId="5520FB95" w14:textId="77777777">
        <w:trPr>
          <w:cantSplit/>
          <w:jc w:val="center"/>
        </w:trPr>
        <w:tc>
          <w:tcPr>
            <w:tcW w:w="1650" w:type="dxa"/>
            <w:vMerge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427F297D" w14:textId="77777777" w:rsidR="00230A81" w:rsidRDefault="00230A81"/>
        </w:tc>
        <w:tc>
          <w:tcPr>
            <w:tcW w:w="7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23677BC0" w14:textId="77777777" w:rsidR="00230A81" w:rsidRDefault="00000000">
            <w:pPr>
              <w:jc w:val="center"/>
            </w:pPr>
            <w:r>
              <w:t>20:00</w:t>
            </w:r>
          </w:p>
        </w:tc>
        <w:tc>
          <w:tcPr>
            <w:tcW w:w="1548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54033856" w14:textId="77777777" w:rsidR="00230A81" w:rsidRDefault="00000000">
            <w:pPr>
              <w:jc w:val="center"/>
            </w:pPr>
            <w:r>
              <w:t>Çocuk Gelişimi-1</w:t>
            </w:r>
          </w:p>
        </w:tc>
        <w:tc>
          <w:tcPr>
            <w:tcW w:w="4297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1A950EF1" w14:textId="77777777" w:rsidR="00230A81" w:rsidRDefault="00000000">
            <w:r>
              <w:t>Atatürk İlkeleri ve İnkılap Tarihi I – Çevrim İçi Sınav</w:t>
            </w:r>
          </w:p>
        </w:tc>
        <w:tc>
          <w:tcPr>
            <w:tcW w:w="952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636AE2E7" w14:textId="77777777" w:rsidR="00230A81" w:rsidRDefault="00000000">
            <w:pPr>
              <w:jc w:val="center"/>
            </w:pPr>
            <w:r>
              <w:t>57</w:t>
            </w:r>
          </w:p>
        </w:tc>
        <w:tc>
          <w:tcPr>
            <w:tcW w:w="1650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168FB055" w14:textId="77777777" w:rsidR="00230A81" w:rsidRDefault="00000000">
            <w:pPr>
              <w:jc w:val="center"/>
            </w:pPr>
            <w:r>
              <w:t>Online</w:t>
            </w:r>
          </w:p>
        </w:tc>
        <w:tc>
          <w:tcPr>
            <w:tcW w:w="40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216C5C63" w14:textId="77777777" w:rsidR="00230A81" w:rsidRDefault="00000000">
            <w:r>
              <w:t>Öğr. Gör. Burak Ahmet SAKA</w:t>
            </w:r>
          </w:p>
        </w:tc>
      </w:tr>
      <w:tr w:rsidR="00230A81" w14:paraId="620664FF" w14:textId="77777777">
        <w:trPr>
          <w:cantSplit/>
          <w:jc w:val="center"/>
        </w:trPr>
        <w:tc>
          <w:tcPr>
            <w:tcW w:w="1650" w:type="dxa"/>
            <w:vMerge w:val="restart"/>
            <w:tcBorders>
              <w:top w:val="single" w:sz="17" w:space="0" w:color="1C1C1C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6D60771E" w14:textId="77777777" w:rsidR="00230A81" w:rsidRDefault="00000000">
            <w:pPr>
              <w:jc w:val="center"/>
            </w:pPr>
            <w:r>
              <w:rPr>
                <w:b/>
              </w:rPr>
              <w:t>12 Kasım 2026</w:t>
            </w:r>
            <w:r>
              <w:rPr>
                <w:b/>
              </w:rPr>
              <w:br/>
              <w:t>Perşembe</w:t>
            </w:r>
          </w:p>
        </w:tc>
        <w:tc>
          <w:tcPr>
            <w:tcW w:w="799" w:type="dxa"/>
            <w:tcBorders>
              <w:top w:val="single" w:sz="17" w:space="0" w:color="1C1C1C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28C69AA2" w14:textId="77777777" w:rsidR="00230A81" w:rsidRDefault="00000000">
            <w:pPr>
              <w:jc w:val="center"/>
            </w:pPr>
            <w:r>
              <w:t>9:30</w:t>
            </w:r>
          </w:p>
        </w:tc>
        <w:tc>
          <w:tcPr>
            <w:tcW w:w="1548" w:type="dxa"/>
            <w:tcBorders>
              <w:top w:val="single" w:sz="17" w:space="0" w:color="1C1C1C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6626FF82" w14:textId="77777777" w:rsidR="00230A81" w:rsidRDefault="00000000">
            <w:pPr>
              <w:jc w:val="center"/>
            </w:pPr>
            <w:r>
              <w:t>Çocuk Gelişimi-3</w:t>
            </w:r>
          </w:p>
        </w:tc>
        <w:tc>
          <w:tcPr>
            <w:tcW w:w="4297" w:type="dxa"/>
            <w:tcBorders>
              <w:top w:val="single" w:sz="17" w:space="0" w:color="1C1C1C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01250316" w14:textId="77777777" w:rsidR="00230A81" w:rsidRDefault="00000000">
            <w:r>
              <w:t>Gelişimsel Psikopatoloji (Z)</w:t>
            </w:r>
          </w:p>
        </w:tc>
        <w:tc>
          <w:tcPr>
            <w:tcW w:w="952" w:type="dxa"/>
            <w:tcBorders>
              <w:top w:val="single" w:sz="17" w:space="0" w:color="1C1C1C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03F402D7" w14:textId="77777777" w:rsidR="00230A81" w:rsidRDefault="00000000">
            <w:pPr>
              <w:jc w:val="center"/>
            </w:pPr>
            <w:r>
              <w:t>50</w:t>
            </w:r>
          </w:p>
        </w:tc>
        <w:tc>
          <w:tcPr>
            <w:tcW w:w="1650" w:type="dxa"/>
            <w:tcBorders>
              <w:top w:val="single" w:sz="17" w:space="0" w:color="1C1C1C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431DAD26" w14:textId="77777777" w:rsidR="00230A81" w:rsidRDefault="00000000">
            <w:pPr>
              <w:jc w:val="center"/>
            </w:pPr>
            <w:r>
              <w:t>Amfi</w:t>
            </w:r>
          </w:p>
        </w:tc>
        <w:tc>
          <w:tcPr>
            <w:tcW w:w="4099" w:type="dxa"/>
            <w:tcBorders>
              <w:top w:val="single" w:sz="17" w:space="0" w:color="1C1C1C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6488753C" w14:textId="77777777" w:rsidR="00230A81" w:rsidRDefault="00000000">
            <w:r>
              <w:t>Doç. Dr. Hamdi KORKMAN</w:t>
            </w:r>
          </w:p>
        </w:tc>
      </w:tr>
      <w:tr w:rsidR="00230A81" w14:paraId="305D2794" w14:textId="77777777">
        <w:trPr>
          <w:cantSplit/>
          <w:jc w:val="center"/>
        </w:trPr>
        <w:tc>
          <w:tcPr>
            <w:tcW w:w="1650" w:type="dxa"/>
            <w:vMerge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2A5D818D" w14:textId="77777777" w:rsidR="00230A81" w:rsidRDefault="00230A81"/>
        </w:tc>
        <w:tc>
          <w:tcPr>
            <w:tcW w:w="7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603FBBD0" w14:textId="77777777" w:rsidR="00230A81" w:rsidRDefault="00000000">
            <w:pPr>
              <w:jc w:val="center"/>
            </w:pPr>
            <w:r>
              <w:t>11:30</w:t>
            </w:r>
          </w:p>
        </w:tc>
        <w:tc>
          <w:tcPr>
            <w:tcW w:w="1548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0815003E" w14:textId="77777777" w:rsidR="00230A81" w:rsidRDefault="00000000">
            <w:pPr>
              <w:jc w:val="center"/>
            </w:pPr>
            <w:r>
              <w:t>Çocuk Gelişimi-1</w:t>
            </w:r>
          </w:p>
        </w:tc>
        <w:tc>
          <w:tcPr>
            <w:tcW w:w="4297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28B710A8" w14:textId="77777777" w:rsidR="00230A81" w:rsidRDefault="00000000">
            <w:r>
              <w:t>Psikolojiye Giriş (Z)</w:t>
            </w:r>
          </w:p>
        </w:tc>
        <w:tc>
          <w:tcPr>
            <w:tcW w:w="952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1206D779" w14:textId="77777777" w:rsidR="00230A81" w:rsidRDefault="00000000">
            <w:pPr>
              <w:jc w:val="center"/>
            </w:pPr>
            <w:r>
              <w:t>29</w:t>
            </w:r>
          </w:p>
        </w:tc>
        <w:tc>
          <w:tcPr>
            <w:tcW w:w="1650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2B84F9A7" w14:textId="77777777" w:rsidR="00230A81" w:rsidRDefault="00000000">
            <w:pPr>
              <w:jc w:val="center"/>
            </w:pPr>
            <w:r>
              <w:t>Amfi + 207</w:t>
            </w:r>
          </w:p>
        </w:tc>
        <w:tc>
          <w:tcPr>
            <w:tcW w:w="40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276A3417" w14:textId="77777777" w:rsidR="00230A81" w:rsidRDefault="00000000">
            <w:r>
              <w:t>Doç. Dr. Hamdi KORKMAN</w:t>
            </w:r>
          </w:p>
        </w:tc>
      </w:tr>
      <w:tr w:rsidR="00230A81" w14:paraId="130749F6" w14:textId="77777777">
        <w:trPr>
          <w:cantSplit/>
          <w:jc w:val="center"/>
        </w:trPr>
        <w:tc>
          <w:tcPr>
            <w:tcW w:w="1650" w:type="dxa"/>
            <w:vMerge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00C42EB6" w14:textId="77777777" w:rsidR="00230A81" w:rsidRDefault="00230A81"/>
        </w:tc>
        <w:tc>
          <w:tcPr>
            <w:tcW w:w="7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0140BCB6" w14:textId="77777777" w:rsidR="00230A81" w:rsidRDefault="00000000">
            <w:pPr>
              <w:jc w:val="center"/>
            </w:pPr>
            <w:r>
              <w:t>15:00</w:t>
            </w:r>
          </w:p>
        </w:tc>
        <w:tc>
          <w:tcPr>
            <w:tcW w:w="1548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2B943543" w14:textId="77777777" w:rsidR="00230A81" w:rsidRDefault="00000000">
            <w:pPr>
              <w:jc w:val="center"/>
            </w:pPr>
            <w:r>
              <w:t>Çocuk Gelişimi-2</w:t>
            </w:r>
          </w:p>
        </w:tc>
        <w:tc>
          <w:tcPr>
            <w:tcW w:w="4297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6FCC1195" w14:textId="77777777" w:rsidR="00230A81" w:rsidRDefault="00000000">
            <w:r>
              <w:t>İstatistik (Z)</w:t>
            </w:r>
          </w:p>
        </w:tc>
        <w:tc>
          <w:tcPr>
            <w:tcW w:w="952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02CB6234" w14:textId="77777777" w:rsidR="00230A81" w:rsidRDefault="00000000">
            <w:pPr>
              <w:jc w:val="center"/>
            </w:pPr>
            <w:r>
              <w:t>27</w:t>
            </w:r>
          </w:p>
        </w:tc>
        <w:tc>
          <w:tcPr>
            <w:tcW w:w="1650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4F831153" w14:textId="77777777" w:rsidR="00230A81" w:rsidRDefault="00000000">
            <w:pPr>
              <w:jc w:val="center"/>
            </w:pPr>
            <w:r>
              <w:t>Amfi + 207</w:t>
            </w:r>
          </w:p>
        </w:tc>
        <w:tc>
          <w:tcPr>
            <w:tcW w:w="40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723C6BFA" w14:textId="77777777" w:rsidR="00230A81" w:rsidRDefault="00000000">
            <w:r>
              <w:t>Öğr. Gör. Gökçe ULUIŞIK</w:t>
            </w:r>
          </w:p>
        </w:tc>
      </w:tr>
      <w:tr w:rsidR="00230A81" w14:paraId="7C05C297" w14:textId="77777777">
        <w:trPr>
          <w:cantSplit/>
          <w:jc w:val="center"/>
        </w:trPr>
        <w:tc>
          <w:tcPr>
            <w:tcW w:w="1650" w:type="dxa"/>
            <w:vMerge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19AD2AD3" w14:textId="77777777" w:rsidR="00230A81" w:rsidRDefault="00230A81"/>
        </w:tc>
        <w:tc>
          <w:tcPr>
            <w:tcW w:w="7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2350ACEE" w14:textId="77777777" w:rsidR="00230A81" w:rsidRDefault="00000000">
            <w:pPr>
              <w:jc w:val="center"/>
            </w:pPr>
            <w:r>
              <w:t>16:00</w:t>
            </w:r>
          </w:p>
        </w:tc>
        <w:tc>
          <w:tcPr>
            <w:tcW w:w="1548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6906FCDA" w14:textId="77777777" w:rsidR="00230A81" w:rsidRDefault="00000000">
            <w:pPr>
              <w:jc w:val="center"/>
            </w:pPr>
            <w:r>
              <w:t>Çocuk Gelişimi-2</w:t>
            </w:r>
          </w:p>
        </w:tc>
        <w:tc>
          <w:tcPr>
            <w:tcW w:w="4297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4C1F2198" w14:textId="77777777" w:rsidR="00230A81" w:rsidRDefault="00000000">
            <w:r>
              <w:t>Nörolojik Gelişim (Z)</w:t>
            </w:r>
          </w:p>
        </w:tc>
        <w:tc>
          <w:tcPr>
            <w:tcW w:w="952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61589B5C" w14:textId="77777777" w:rsidR="00230A81" w:rsidRDefault="00000000">
            <w:pPr>
              <w:jc w:val="center"/>
            </w:pPr>
            <w:r>
              <w:t>25</w:t>
            </w:r>
          </w:p>
        </w:tc>
        <w:tc>
          <w:tcPr>
            <w:tcW w:w="1650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1F4CFBC7" w14:textId="77777777" w:rsidR="00230A81" w:rsidRDefault="00000000">
            <w:pPr>
              <w:jc w:val="center"/>
            </w:pPr>
            <w:r>
              <w:t>207</w:t>
            </w:r>
          </w:p>
        </w:tc>
        <w:tc>
          <w:tcPr>
            <w:tcW w:w="40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6763D596" w14:textId="77777777" w:rsidR="00230A81" w:rsidRDefault="00000000">
            <w:r>
              <w:t>Öğr. Gör. Gökçe ULUIŞIK</w:t>
            </w:r>
          </w:p>
        </w:tc>
      </w:tr>
      <w:tr w:rsidR="00230A81" w14:paraId="5910E358" w14:textId="77777777">
        <w:trPr>
          <w:cantSplit/>
          <w:jc w:val="center"/>
        </w:trPr>
        <w:tc>
          <w:tcPr>
            <w:tcW w:w="1650" w:type="dxa"/>
            <w:vMerge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040718AA" w14:textId="77777777" w:rsidR="00230A81" w:rsidRDefault="00230A81"/>
        </w:tc>
        <w:tc>
          <w:tcPr>
            <w:tcW w:w="7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1F49E456" w14:textId="77777777" w:rsidR="00230A81" w:rsidRDefault="00000000">
            <w:pPr>
              <w:jc w:val="center"/>
            </w:pPr>
            <w:r>
              <w:t>19:00</w:t>
            </w:r>
          </w:p>
        </w:tc>
        <w:tc>
          <w:tcPr>
            <w:tcW w:w="1548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70C98205" w14:textId="77777777" w:rsidR="00230A81" w:rsidRDefault="00000000">
            <w:pPr>
              <w:jc w:val="center"/>
            </w:pPr>
            <w:r>
              <w:t>P. Formasyon-2</w:t>
            </w:r>
          </w:p>
        </w:tc>
        <w:tc>
          <w:tcPr>
            <w:tcW w:w="4297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7D8DDE4B" w14:textId="77777777" w:rsidR="00230A81" w:rsidRDefault="00000000">
            <w:r>
              <w:t>Öğretim Teknolojileri (Formasyon)</w:t>
            </w:r>
          </w:p>
        </w:tc>
        <w:tc>
          <w:tcPr>
            <w:tcW w:w="952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4695D36A" w14:textId="77777777" w:rsidR="00230A81" w:rsidRDefault="00000000">
            <w:pPr>
              <w:jc w:val="center"/>
            </w:pPr>
            <w:r>
              <w:t>28</w:t>
            </w:r>
          </w:p>
        </w:tc>
        <w:tc>
          <w:tcPr>
            <w:tcW w:w="1650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7CDC6032" w14:textId="77777777" w:rsidR="00230A81" w:rsidRDefault="00000000">
            <w:pPr>
              <w:jc w:val="center"/>
            </w:pPr>
            <w:r>
              <w:t>Online</w:t>
            </w:r>
          </w:p>
        </w:tc>
        <w:tc>
          <w:tcPr>
            <w:tcW w:w="40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2D636470" w14:textId="77777777" w:rsidR="00230A81" w:rsidRDefault="00000000">
            <w:r>
              <w:t>Dr. Öğr. Üyesi Fatih GÖK</w:t>
            </w:r>
          </w:p>
        </w:tc>
      </w:tr>
      <w:tr w:rsidR="00230A81" w14:paraId="3B272DFD" w14:textId="77777777">
        <w:trPr>
          <w:cantSplit/>
          <w:jc w:val="center"/>
        </w:trPr>
        <w:tc>
          <w:tcPr>
            <w:tcW w:w="1650" w:type="dxa"/>
            <w:vMerge w:val="restart"/>
            <w:tcBorders>
              <w:top w:val="single" w:sz="17" w:space="0" w:color="1C1C1C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77EE8BD2" w14:textId="77777777" w:rsidR="00230A81" w:rsidRDefault="00000000">
            <w:pPr>
              <w:jc w:val="center"/>
            </w:pPr>
            <w:r>
              <w:rPr>
                <w:b/>
              </w:rPr>
              <w:t>13 Kasım 2026</w:t>
            </w:r>
            <w:r>
              <w:rPr>
                <w:b/>
              </w:rPr>
              <w:br/>
              <w:t>Cuma</w:t>
            </w:r>
          </w:p>
        </w:tc>
        <w:tc>
          <w:tcPr>
            <w:tcW w:w="799" w:type="dxa"/>
            <w:tcBorders>
              <w:top w:val="single" w:sz="17" w:space="0" w:color="1C1C1C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1576E3DD" w14:textId="77777777" w:rsidR="00230A81" w:rsidRDefault="00000000">
            <w:pPr>
              <w:jc w:val="center"/>
            </w:pPr>
            <w:r>
              <w:t>09:30</w:t>
            </w:r>
          </w:p>
        </w:tc>
        <w:tc>
          <w:tcPr>
            <w:tcW w:w="1548" w:type="dxa"/>
            <w:tcBorders>
              <w:top w:val="single" w:sz="17" w:space="0" w:color="1C1C1C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0D105068" w14:textId="77777777" w:rsidR="00230A81" w:rsidRDefault="00000000">
            <w:pPr>
              <w:jc w:val="center"/>
            </w:pPr>
            <w:r>
              <w:t>Çocuk Gelişimi-1</w:t>
            </w:r>
          </w:p>
        </w:tc>
        <w:tc>
          <w:tcPr>
            <w:tcW w:w="4297" w:type="dxa"/>
            <w:tcBorders>
              <w:top w:val="single" w:sz="17" w:space="0" w:color="1C1C1C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45E96552" w14:textId="77777777" w:rsidR="00230A81" w:rsidRDefault="00000000">
            <w:r>
              <w:t>Aile Yaşam Döngüsü ve Aile İçi İlişkiler (Z)</w:t>
            </w:r>
          </w:p>
        </w:tc>
        <w:tc>
          <w:tcPr>
            <w:tcW w:w="952" w:type="dxa"/>
            <w:tcBorders>
              <w:top w:val="single" w:sz="17" w:space="0" w:color="1C1C1C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25E0D5D4" w14:textId="77777777" w:rsidR="00230A81" w:rsidRDefault="00000000">
            <w:pPr>
              <w:jc w:val="center"/>
            </w:pPr>
            <w:r>
              <w:t>29</w:t>
            </w:r>
          </w:p>
        </w:tc>
        <w:tc>
          <w:tcPr>
            <w:tcW w:w="1650" w:type="dxa"/>
            <w:tcBorders>
              <w:top w:val="single" w:sz="17" w:space="0" w:color="1C1C1C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3D77F417" w14:textId="77777777" w:rsidR="00230A81" w:rsidRDefault="00000000">
            <w:pPr>
              <w:jc w:val="center"/>
            </w:pPr>
            <w:r>
              <w:t>207</w:t>
            </w:r>
          </w:p>
        </w:tc>
        <w:tc>
          <w:tcPr>
            <w:tcW w:w="4099" w:type="dxa"/>
            <w:tcBorders>
              <w:top w:val="single" w:sz="17" w:space="0" w:color="1C1C1C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3DDBFA89" w14:textId="77777777" w:rsidR="00230A81" w:rsidRDefault="00000000">
            <w:r>
              <w:t>Doç. Dr. Cumhur GÜNGÖR</w:t>
            </w:r>
          </w:p>
        </w:tc>
      </w:tr>
      <w:tr w:rsidR="00230A81" w14:paraId="0D1D4C39" w14:textId="77777777">
        <w:trPr>
          <w:cantSplit/>
          <w:jc w:val="center"/>
        </w:trPr>
        <w:tc>
          <w:tcPr>
            <w:tcW w:w="1650" w:type="dxa"/>
            <w:vMerge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691C230A" w14:textId="77777777" w:rsidR="00230A81" w:rsidRDefault="00230A81"/>
        </w:tc>
        <w:tc>
          <w:tcPr>
            <w:tcW w:w="7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7779388E" w14:textId="77777777" w:rsidR="00230A81" w:rsidRDefault="00000000">
            <w:pPr>
              <w:jc w:val="center"/>
            </w:pPr>
            <w:r>
              <w:t>10:30</w:t>
            </w:r>
          </w:p>
        </w:tc>
        <w:tc>
          <w:tcPr>
            <w:tcW w:w="1548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007B9E72" w14:textId="77777777" w:rsidR="00230A81" w:rsidRDefault="00000000">
            <w:pPr>
              <w:jc w:val="center"/>
            </w:pPr>
            <w:r>
              <w:t>Çocuk Gelişimi-2</w:t>
            </w:r>
          </w:p>
        </w:tc>
        <w:tc>
          <w:tcPr>
            <w:tcW w:w="4297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217A1C76" w14:textId="77777777" w:rsidR="00230A81" w:rsidRDefault="00000000">
            <w:r>
              <w:t>Gelişim Psikolojisi I (Z)</w:t>
            </w:r>
          </w:p>
        </w:tc>
        <w:tc>
          <w:tcPr>
            <w:tcW w:w="952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64A29250" w14:textId="77777777" w:rsidR="00230A81" w:rsidRDefault="00000000">
            <w:pPr>
              <w:jc w:val="center"/>
            </w:pPr>
            <w:r>
              <w:t>26</w:t>
            </w:r>
          </w:p>
        </w:tc>
        <w:tc>
          <w:tcPr>
            <w:tcW w:w="1650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4BD3FC4A" w14:textId="77777777" w:rsidR="00230A81" w:rsidRDefault="00000000">
            <w:pPr>
              <w:jc w:val="center"/>
            </w:pPr>
            <w:r>
              <w:t>206</w:t>
            </w:r>
          </w:p>
        </w:tc>
        <w:tc>
          <w:tcPr>
            <w:tcW w:w="40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1E82705C" w14:textId="77777777" w:rsidR="00230A81" w:rsidRDefault="00000000">
            <w:r>
              <w:t>Doç. Dr. Cumhur GÜNGÖR</w:t>
            </w:r>
          </w:p>
        </w:tc>
      </w:tr>
      <w:tr w:rsidR="00230A81" w14:paraId="08EB4892" w14:textId="77777777">
        <w:trPr>
          <w:cantSplit/>
          <w:jc w:val="center"/>
        </w:trPr>
        <w:tc>
          <w:tcPr>
            <w:tcW w:w="1650" w:type="dxa"/>
            <w:vMerge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3801CF2B" w14:textId="77777777" w:rsidR="00230A81" w:rsidRDefault="00230A81"/>
        </w:tc>
        <w:tc>
          <w:tcPr>
            <w:tcW w:w="7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387581C2" w14:textId="77777777" w:rsidR="00230A81" w:rsidRDefault="00000000">
            <w:pPr>
              <w:jc w:val="center"/>
            </w:pPr>
            <w:r>
              <w:t>13:00</w:t>
            </w:r>
          </w:p>
        </w:tc>
        <w:tc>
          <w:tcPr>
            <w:tcW w:w="1548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0EFFC0DA" w14:textId="77777777" w:rsidR="00230A81" w:rsidRDefault="00000000">
            <w:pPr>
              <w:jc w:val="center"/>
            </w:pPr>
            <w:r>
              <w:t>Çocuk Gelişimi-1</w:t>
            </w:r>
          </w:p>
        </w:tc>
        <w:tc>
          <w:tcPr>
            <w:tcW w:w="4297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049628B7" w14:textId="77777777" w:rsidR="00230A81" w:rsidRDefault="00000000">
            <w:r>
              <w:t>İnsan Hakları (Seç)</w:t>
            </w:r>
          </w:p>
        </w:tc>
        <w:tc>
          <w:tcPr>
            <w:tcW w:w="952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0FA4ACD4" w14:textId="77777777" w:rsidR="00230A81" w:rsidRDefault="00000000">
            <w:pPr>
              <w:jc w:val="center"/>
            </w:pPr>
            <w:r>
              <w:t>29</w:t>
            </w:r>
          </w:p>
        </w:tc>
        <w:tc>
          <w:tcPr>
            <w:tcW w:w="1650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3B870B45" w14:textId="77777777" w:rsidR="00230A81" w:rsidRDefault="00000000">
            <w:pPr>
              <w:jc w:val="center"/>
            </w:pPr>
            <w:r>
              <w:t>208</w:t>
            </w:r>
          </w:p>
        </w:tc>
        <w:tc>
          <w:tcPr>
            <w:tcW w:w="40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46C83021" w14:textId="77777777" w:rsidR="00230A81" w:rsidRDefault="00000000">
            <w:r>
              <w:t>Doç. Dr. Cumhur GÜNGÖR</w:t>
            </w:r>
          </w:p>
        </w:tc>
      </w:tr>
      <w:tr w:rsidR="00230A81" w14:paraId="2ADDBE55" w14:textId="77777777">
        <w:trPr>
          <w:cantSplit/>
          <w:jc w:val="center"/>
        </w:trPr>
        <w:tc>
          <w:tcPr>
            <w:tcW w:w="1650" w:type="dxa"/>
            <w:vMerge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454BAFB4" w14:textId="77777777" w:rsidR="00230A81" w:rsidRDefault="00230A81"/>
        </w:tc>
        <w:tc>
          <w:tcPr>
            <w:tcW w:w="7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03A05BBE" w14:textId="77777777" w:rsidR="00230A81" w:rsidRDefault="00000000">
            <w:pPr>
              <w:jc w:val="center"/>
            </w:pPr>
            <w:r>
              <w:t>14:00</w:t>
            </w:r>
          </w:p>
        </w:tc>
        <w:tc>
          <w:tcPr>
            <w:tcW w:w="1548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39EC4936" w14:textId="77777777" w:rsidR="00230A81" w:rsidRDefault="00000000">
            <w:pPr>
              <w:jc w:val="center"/>
            </w:pPr>
            <w:r>
              <w:t>Çocuk Gelişimi-3</w:t>
            </w:r>
          </w:p>
        </w:tc>
        <w:tc>
          <w:tcPr>
            <w:tcW w:w="4297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38C17782" w14:textId="77777777" w:rsidR="00230A81" w:rsidRDefault="00000000">
            <w:r>
              <w:t>Gelişimsel Gözlem (2. Şube)</w:t>
            </w:r>
          </w:p>
        </w:tc>
        <w:tc>
          <w:tcPr>
            <w:tcW w:w="952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7112765D" w14:textId="77777777" w:rsidR="00230A81" w:rsidRDefault="00000000">
            <w:pPr>
              <w:jc w:val="center"/>
            </w:pPr>
            <w:r>
              <w:t>20</w:t>
            </w:r>
          </w:p>
        </w:tc>
        <w:tc>
          <w:tcPr>
            <w:tcW w:w="1650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6C53BA34" w14:textId="77777777" w:rsidR="00230A81" w:rsidRDefault="00000000">
            <w:pPr>
              <w:jc w:val="center"/>
            </w:pPr>
            <w:r>
              <w:t>Amfi (Sınav)</w:t>
            </w:r>
          </w:p>
        </w:tc>
        <w:tc>
          <w:tcPr>
            <w:tcW w:w="40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631B56CC" w14:textId="77777777" w:rsidR="00230A81" w:rsidRDefault="00000000">
            <w:r>
              <w:t>Doç. Dr. Cumhur GÜNGÖR</w:t>
            </w:r>
          </w:p>
        </w:tc>
      </w:tr>
      <w:tr w:rsidR="00230A81" w14:paraId="5009B721" w14:textId="77777777">
        <w:trPr>
          <w:cantSplit/>
          <w:jc w:val="center"/>
        </w:trPr>
        <w:tc>
          <w:tcPr>
            <w:tcW w:w="1650" w:type="dxa"/>
            <w:vMerge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17DB7DC6" w14:textId="77777777" w:rsidR="00230A81" w:rsidRDefault="00230A81"/>
        </w:tc>
        <w:tc>
          <w:tcPr>
            <w:tcW w:w="7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5A74E5ED" w14:textId="77777777" w:rsidR="00230A81" w:rsidRDefault="00000000">
            <w:pPr>
              <w:jc w:val="center"/>
            </w:pPr>
            <w:r>
              <w:t>15:00</w:t>
            </w:r>
          </w:p>
        </w:tc>
        <w:tc>
          <w:tcPr>
            <w:tcW w:w="1548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51A59C7F" w14:textId="77777777" w:rsidR="00230A81" w:rsidRDefault="00000000">
            <w:pPr>
              <w:jc w:val="center"/>
            </w:pPr>
            <w:r>
              <w:t>Çocuk Gelişimi-4</w:t>
            </w:r>
          </w:p>
        </w:tc>
        <w:tc>
          <w:tcPr>
            <w:tcW w:w="4297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5971A773" w14:textId="77777777" w:rsidR="00230A81" w:rsidRDefault="00000000">
            <w:r>
              <w:t>Çocuk Gelişimi Uygulaması I (2. Şube)</w:t>
            </w:r>
          </w:p>
        </w:tc>
        <w:tc>
          <w:tcPr>
            <w:tcW w:w="952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7831D585" w14:textId="77777777" w:rsidR="00230A81" w:rsidRDefault="00000000">
            <w:pPr>
              <w:jc w:val="center"/>
            </w:pPr>
            <w:r>
              <w:t>22</w:t>
            </w:r>
          </w:p>
        </w:tc>
        <w:tc>
          <w:tcPr>
            <w:tcW w:w="1650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2AD93AFD" w14:textId="77777777" w:rsidR="00230A81" w:rsidRDefault="00000000">
            <w:pPr>
              <w:jc w:val="center"/>
            </w:pPr>
            <w:r>
              <w:t>Amfi (Sınav)</w:t>
            </w:r>
          </w:p>
        </w:tc>
        <w:tc>
          <w:tcPr>
            <w:tcW w:w="40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6AB8D67F" w14:textId="77777777" w:rsidR="00230A81" w:rsidRDefault="00000000">
            <w:r>
              <w:t>Doç. Dr. Cumhur GÜNGÖR</w:t>
            </w:r>
          </w:p>
        </w:tc>
      </w:tr>
      <w:tr w:rsidR="00230A81" w14:paraId="2F1EB02E" w14:textId="77777777">
        <w:trPr>
          <w:cantSplit/>
          <w:jc w:val="center"/>
        </w:trPr>
        <w:tc>
          <w:tcPr>
            <w:tcW w:w="1650" w:type="dxa"/>
            <w:vMerge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1FC34388" w14:textId="77777777" w:rsidR="00230A81" w:rsidRDefault="00230A81"/>
        </w:tc>
        <w:tc>
          <w:tcPr>
            <w:tcW w:w="7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21028A61" w14:textId="77777777" w:rsidR="00230A81" w:rsidRDefault="00000000">
            <w:pPr>
              <w:jc w:val="center"/>
            </w:pPr>
            <w:r>
              <w:t>16:00</w:t>
            </w:r>
          </w:p>
        </w:tc>
        <w:tc>
          <w:tcPr>
            <w:tcW w:w="1548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79837A22" w14:textId="77777777" w:rsidR="00230A81" w:rsidRDefault="00000000">
            <w:pPr>
              <w:jc w:val="center"/>
            </w:pPr>
            <w:r>
              <w:t>Çocuk Gelişimi-4</w:t>
            </w:r>
          </w:p>
        </w:tc>
        <w:tc>
          <w:tcPr>
            <w:tcW w:w="4297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43F174D2" w14:textId="77777777" w:rsidR="00230A81" w:rsidRDefault="00000000">
            <w:r>
              <w:t>Mesleki Sorumluluk ve Etik (Seç)</w:t>
            </w:r>
          </w:p>
        </w:tc>
        <w:tc>
          <w:tcPr>
            <w:tcW w:w="952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211B698B" w14:textId="77777777" w:rsidR="00230A81" w:rsidRDefault="00000000">
            <w:pPr>
              <w:jc w:val="center"/>
            </w:pPr>
            <w:r>
              <w:t>52</w:t>
            </w:r>
          </w:p>
        </w:tc>
        <w:tc>
          <w:tcPr>
            <w:tcW w:w="1650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33ACB763" w14:textId="77777777" w:rsidR="00230A81" w:rsidRDefault="00000000">
            <w:pPr>
              <w:jc w:val="center"/>
            </w:pPr>
            <w:r>
              <w:t>Amfi</w:t>
            </w:r>
          </w:p>
        </w:tc>
        <w:tc>
          <w:tcPr>
            <w:tcW w:w="40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04042C28" w14:textId="77777777" w:rsidR="00230A81" w:rsidRDefault="00000000">
            <w:r>
              <w:t>Doç. Dr. Cumhur GÜNGÖR</w:t>
            </w:r>
          </w:p>
        </w:tc>
      </w:tr>
      <w:tr w:rsidR="00230A81" w14:paraId="7265AB8F" w14:textId="77777777">
        <w:trPr>
          <w:cantSplit/>
          <w:jc w:val="center"/>
        </w:trPr>
        <w:tc>
          <w:tcPr>
            <w:tcW w:w="1650" w:type="dxa"/>
            <w:vMerge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4759B0A6" w14:textId="77777777" w:rsidR="00230A81" w:rsidRDefault="00230A81"/>
        </w:tc>
        <w:tc>
          <w:tcPr>
            <w:tcW w:w="7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56DAA546" w14:textId="77777777" w:rsidR="00230A81" w:rsidRDefault="00000000">
            <w:pPr>
              <w:jc w:val="center"/>
            </w:pPr>
            <w:r>
              <w:t>19:00</w:t>
            </w:r>
          </w:p>
        </w:tc>
        <w:tc>
          <w:tcPr>
            <w:tcW w:w="1548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1D034786" w14:textId="77777777" w:rsidR="00230A81" w:rsidRDefault="00000000">
            <w:pPr>
              <w:jc w:val="center"/>
            </w:pPr>
            <w:r>
              <w:t>P. Formasyon-3</w:t>
            </w:r>
          </w:p>
        </w:tc>
        <w:tc>
          <w:tcPr>
            <w:tcW w:w="4297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21DB9209" w14:textId="77777777" w:rsidR="00230A81" w:rsidRDefault="00000000">
            <w:r>
              <w:t>Rehberlik ve Özel Eğitim (Formasyon)</w:t>
            </w:r>
          </w:p>
        </w:tc>
        <w:tc>
          <w:tcPr>
            <w:tcW w:w="952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7F7E1924" w14:textId="77777777" w:rsidR="00230A81" w:rsidRDefault="00000000">
            <w:pPr>
              <w:jc w:val="center"/>
            </w:pPr>
            <w:r>
              <w:t>45</w:t>
            </w:r>
          </w:p>
        </w:tc>
        <w:tc>
          <w:tcPr>
            <w:tcW w:w="1650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23976AEC" w14:textId="77777777" w:rsidR="00230A81" w:rsidRDefault="00000000">
            <w:pPr>
              <w:jc w:val="center"/>
            </w:pPr>
            <w:r>
              <w:t>Online</w:t>
            </w:r>
          </w:p>
        </w:tc>
        <w:tc>
          <w:tcPr>
            <w:tcW w:w="40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02EDA87E" w14:textId="77777777" w:rsidR="00230A81" w:rsidRDefault="00000000">
            <w:r>
              <w:t>Dr. Öğr. Üyesi Aşkay Nur ATASEVER</w:t>
            </w:r>
          </w:p>
        </w:tc>
      </w:tr>
    </w:tbl>
    <w:p w14:paraId="41737939" w14:textId="77777777" w:rsidR="00230A81" w:rsidRDefault="00000000">
      <w: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50"/>
        <w:gridCol w:w="799"/>
        <w:gridCol w:w="1548"/>
        <w:gridCol w:w="4297"/>
        <w:gridCol w:w="952"/>
        <w:gridCol w:w="1650"/>
        <w:gridCol w:w="4099"/>
      </w:tblGrid>
      <w:tr w:rsidR="00230A81" w14:paraId="03EA7504" w14:textId="77777777">
        <w:trPr>
          <w:tblHeader/>
          <w:jc w:val="center"/>
        </w:trPr>
        <w:tc>
          <w:tcPr>
            <w:tcW w:w="1650" w:type="dxa"/>
            <w:tcBorders>
              <w:top w:val="single" w:sz="6" w:space="0" w:color="222222"/>
              <w:left w:val="single" w:sz="6" w:space="0" w:color="333333"/>
              <w:bottom w:val="single" w:sz="13" w:space="0" w:color="222222"/>
              <w:right w:val="single" w:sz="6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05FE5C3F" w14:textId="77777777" w:rsidR="00230A81" w:rsidRDefault="00000000">
            <w:pPr>
              <w:jc w:val="center"/>
            </w:pPr>
            <w:r>
              <w:rPr>
                <w:b/>
              </w:rPr>
              <w:lastRenderedPageBreak/>
              <w:t>TARİH</w:t>
            </w:r>
          </w:p>
        </w:tc>
        <w:tc>
          <w:tcPr>
            <w:tcW w:w="799" w:type="dxa"/>
            <w:tcBorders>
              <w:top w:val="single" w:sz="6" w:space="0" w:color="222222"/>
              <w:left w:val="single" w:sz="6" w:space="0" w:color="333333"/>
              <w:bottom w:val="single" w:sz="13" w:space="0" w:color="222222"/>
              <w:right w:val="single" w:sz="6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0A259CE1" w14:textId="77777777" w:rsidR="00230A81" w:rsidRDefault="00000000">
            <w:pPr>
              <w:jc w:val="center"/>
            </w:pPr>
            <w:r>
              <w:rPr>
                <w:b/>
              </w:rPr>
              <w:t>SAAT</w:t>
            </w:r>
          </w:p>
        </w:tc>
        <w:tc>
          <w:tcPr>
            <w:tcW w:w="1548" w:type="dxa"/>
            <w:tcBorders>
              <w:top w:val="single" w:sz="6" w:space="0" w:color="222222"/>
              <w:left w:val="single" w:sz="6" w:space="0" w:color="333333"/>
              <w:bottom w:val="single" w:sz="13" w:space="0" w:color="222222"/>
              <w:right w:val="single" w:sz="6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60001BDC" w14:textId="77777777" w:rsidR="00230A81" w:rsidRDefault="00000000">
            <w:pPr>
              <w:jc w:val="center"/>
            </w:pPr>
            <w:r>
              <w:rPr>
                <w:b/>
              </w:rPr>
              <w:t>BÖLÜM-SINIF</w:t>
            </w:r>
          </w:p>
        </w:tc>
        <w:tc>
          <w:tcPr>
            <w:tcW w:w="4297" w:type="dxa"/>
            <w:tcBorders>
              <w:top w:val="single" w:sz="6" w:space="0" w:color="222222"/>
              <w:left w:val="single" w:sz="6" w:space="0" w:color="333333"/>
              <w:bottom w:val="single" w:sz="13" w:space="0" w:color="222222"/>
              <w:right w:val="single" w:sz="6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7F39A2A1" w14:textId="77777777" w:rsidR="00230A81" w:rsidRDefault="00000000">
            <w:pPr>
              <w:jc w:val="center"/>
            </w:pPr>
            <w:r>
              <w:rPr>
                <w:b/>
              </w:rPr>
              <w:t>DERS</w:t>
            </w:r>
          </w:p>
        </w:tc>
        <w:tc>
          <w:tcPr>
            <w:tcW w:w="952" w:type="dxa"/>
            <w:tcBorders>
              <w:top w:val="single" w:sz="6" w:space="0" w:color="222222"/>
              <w:left w:val="single" w:sz="6" w:space="0" w:color="333333"/>
              <w:bottom w:val="single" w:sz="13" w:space="0" w:color="222222"/>
              <w:right w:val="single" w:sz="6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61210747" w14:textId="77777777" w:rsidR="00230A81" w:rsidRDefault="00000000">
            <w:pPr>
              <w:jc w:val="center"/>
            </w:pPr>
            <w:r>
              <w:rPr>
                <w:b/>
              </w:rPr>
              <w:t>SAYI</w:t>
            </w:r>
          </w:p>
        </w:tc>
        <w:tc>
          <w:tcPr>
            <w:tcW w:w="1650" w:type="dxa"/>
            <w:tcBorders>
              <w:top w:val="single" w:sz="6" w:space="0" w:color="222222"/>
              <w:left w:val="single" w:sz="6" w:space="0" w:color="333333"/>
              <w:bottom w:val="single" w:sz="13" w:space="0" w:color="222222"/>
              <w:right w:val="single" w:sz="6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4B211452" w14:textId="77777777" w:rsidR="00230A81" w:rsidRDefault="00000000">
            <w:pPr>
              <w:jc w:val="center"/>
            </w:pPr>
            <w:r>
              <w:rPr>
                <w:b/>
              </w:rPr>
              <w:t>SALON</w:t>
            </w:r>
          </w:p>
        </w:tc>
        <w:tc>
          <w:tcPr>
            <w:tcW w:w="4099" w:type="dxa"/>
            <w:tcBorders>
              <w:top w:val="single" w:sz="6" w:space="0" w:color="222222"/>
              <w:left w:val="single" w:sz="6" w:space="0" w:color="333333"/>
              <w:bottom w:val="single" w:sz="13" w:space="0" w:color="222222"/>
              <w:right w:val="single" w:sz="6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4F156C59" w14:textId="77777777" w:rsidR="00230A81" w:rsidRDefault="00000000">
            <w:pPr>
              <w:jc w:val="center"/>
            </w:pPr>
            <w:r>
              <w:rPr>
                <w:b/>
              </w:rPr>
              <w:t>ÖĞRETİM ELEMANI</w:t>
            </w:r>
          </w:p>
        </w:tc>
      </w:tr>
      <w:tr w:rsidR="00230A81" w14:paraId="59DBD83D" w14:textId="77777777">
        <w:trPr>
          <w:cantSplit/>
          <w:jc w:val="center"/>
        </w:trPr>
        <w:tc>
          <w:tcPr>
            <w:tcW w:w="1650" w:type="dxa"/>
            <w:vMerge w:val="restart"/>
            <w:tcBorders>
              <w:top w:val="single" w:sz="17" w:space="0" w:color="1C1C1C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5497D665" w14:textId="77777777" w:rsidR="00230A81" w:rsidRDefault="00000000">
            <w:pPr>
              <w:jc w:val="center"/>
            </w:pPr>
            <w:r>
              <w:rPr>
                <w:b/>
              </w:rPr>
              <w:t>14 Kasım 2026</w:t>
            </w:r>
            <w:r>
              <w:rPr>
                <w:b/>
              </w:rPr>
              <w:br/>
              <w:t>Cumartesi</w:t>
            </w:r>
          </w:p>
        </w:tc>
        <w:tc>
          <w:tcPr>
            <w:tcW w:w="799" w:type="dxa"/>
            <w:vMerge w:val="restart"/>
            <w:tcBorders>
              <w:top w:val="single" w:sz="17" w:space="0" w:color="1C1C1C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6008C684" w14:textId="77777777" w:rsidR="00230A81" w:rsidRDefault="00000000">
            <w:pPr>
              <w:jc w:val="center"/>
            </w:pPr>
            <w:r>
              <w:t>10:30</w:t>
            </w:r>
          </w:p>
        </w:tc>
        <w:tc>
          <w:tcPr>
            <w:tcW w:w="1548" w:type="dxa"/>
            <w:tcBorders>
              <w:top w:val="single" w:sz="17" w:space="0" w:color="1C1C1C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4BB4B063" w14:textId="77777777" w:rsidR="00230A81" w:rsidRDefault="00000000">
            <w:pPr>
              <w:jc w:val="center"/>
            </w:pPr>
            <w:r>
              <w:t>Çocuk Gelişimi-3</w:t>
            </w:r>
          </w:p>
        </w:tc>
        <w:tc>
          <w:tcPr>
            <w:tcW w:w="4297" w:type="dxa"/>
            <w:tcBorders>
              <w:top w:val="single" w:sz="17" w:space="0" w:color="1C1C1C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6DDF9829" w14:textId="77777777" w:rsidR="00230A81" w:rsidRDefault="00000000">
            <w:r>
              <w:t>Gelişimsel Gözlem (1. Şube)</w:t>
            </w:r>
          </w:p>
        </w:tc>
        <w:tc>
          <w:tcPr>
            <w:tcW w:w="952" w:type="dxa"/>
            <w:tcBorders>
              <w:top w:val="single" w:sz="17" w:space="0" w:color="1C1C1C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35DD40B3" w14:textId="77777777" w:rsidR="00230A81" w:rsidRDefault="00000000">
            <w:pPr>
              <w:jc w:val="center"/>
            </w:pPr>
            <w:r>
              <w:t>13</w:t>
            </w:r>
          </w:p>
        </w:tc>
        <w:tc>
          <w:tcPr>
            <w:tcW w:w="1650" w:type="dxa"/>
            <w:tcBorders>
              <w:top w:val="single" w:sz="17" w:space="0" w:color="1C1C1C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0407EAC6" w14:textId="77777777" w:rsidR="00230A81" w:rsidRDefault="00000000">
            <w:pPr>
              <w:jc w:val="center"/>
            </w:pPr>
            <w:r>
              <w:t>Dosya Teslimi</w:t>
            </w:r>
          </w:p>
        </w:tc>
        <w:tc>
          <w:tcPr>
            <w:tcW w:w="4099" w:type="dxa"/>
            <w:tcBorders>
              <w:top w:val="single" w:sz="17" w:space="0" w:color="1C1C1C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3EC655F1" w14:textId="77777777" w:rsidR="00230A81" w:rsidRDefault="00000000">
            <w:r>
              <w:t>Doç. Dr. Esin SEZGİN</w:t>
            </w:r>
          </w:p>
        </w:tc>
      </w:tr>
      <w:tr w:rsidR="00230A81" w14:paraId="195EE805" w14:textId="77777777">
        <w:trPr>
          <w:cantSplit/>
          <w:jc w:val="center"/>
        </w:trPr>
        <w:tc>
          <w:tcPr>
            <w:tcW w:w="1650" w:type="dxa"/>
            <w:vMerge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62038642" w14:textId="77777777" w:rsidR="00230A81" w:rsidRDefault="00230A81"/>
        </w:tc>
        <w:tc>
          <w:tcPr>
            <w:tcW w:w="799" w:type="dxa"/>
            <w:vMerge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3C42739C" w14:textId="77777777" w:rsidR="00230A81" w:rsidRDefault="00230A81"/>
        </w:tc>
        <w:tc>
          <w:tcPr>
            <w:tcW w:w="1548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5C59F525" w14:textId="77777777" w:rsidR="00230A81" w:rsidRDefault="00000000">
            <w:pPr>
              <w:jc w:val="center"/>
            </w:pPr>
            <w:r>
              <w:t>Çocuk Gelişimi-3</w:t>
            </w:r>
          </w:p>
        </w:tc>
        <w:tc>
          <w:tcPr>
            <w:tcW w:w="4297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021E859B" w14:textId="77777777" w:rsidR="00230A81" w:rsidRDefault="00000000">
            <w:r>
              <w:t>Gelişimsel Gözlem (3. Şube)</w:t>
            </w:r>
          </w:p>
        </w:tc>
        <w:tc>
          <w:tcPr>
            <w:tcW w:w="952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67F833C5" w14:textId="77777777" w:rsidR="00230A81" w:rsidRDefault="00000000">
            <w:pPr>
              <w:jc w:val="center"/>
            </w:pPr>
            <w:r>
              <w:t>16</w:t>
            </w:r>
          </w:p>
        </w:tc>
        <w:tc>
          <w:tcPr>
            <w:tcW w:w="1650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37E6E9B5" w14:textId="77777777" w:rsidR="00230A81" w:rsidRDefault="00000000">
            <w:pPr>
              <w:jc w:val="center"/>
            </w:pPr>
            <w:r>
              <w:t>Dosya Teslimi</w:t>
            </w:r>
          </w:p>
        </w:tc>
        <w:tc>
          <w:tcPr>
            <w:tcW w:w="40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30A086C4" w14:textId="77777777" w:rsidR="00230A81" w:rsidRDefault="00000000">
            <w:r>
              <w:t>Doç. Dr. Emine AKKAŞ BAYSAL</w:t>
            </w:r>
          </w:p>
        </w:tc>
      </w:tr>
      <w:tr w:rsidR="00230A81" w14:paraId="5A3605B6" w14:textId="77777777">
        <w:trPr>
          <w:cantSplit/>
          <w:jc w:val="center"/>
        </w:trPr>
        <w:tc>
          <w:tcPr>
            <w:tcW w:w="1650" w:type="dxa"/>
            <w:vMerge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68F7C0FC" w14:textId="77777777" w:rsidR="00230A81" w:rsidRDefault="00230A81"/>
        </w:tc>
        <w:tc>
          <w:tcPr>
            <w:tcW w:w="7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03B37418" w14:textId="77777777" w:rsidR="00230A81" w:rsidRDefault="00000000">
            <w:pPr>
              <w:jc w:val="center"/>
            </w:pPr>
            <w:r>
              <w:t>11:30</w:t>
            </w:r>
          </w:p>
        </w:tc>
        <w:tc>
          <w:tcPr>
            <w:tcW w:w="1548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16796974" w14:textId="77777777" w:rsidR="00230A81" w:rsidRDefault="00000000">
            <w:pPr>
              <w:jc w:val="center"/>
            </w:pPr>
            <w:r>
              <w:t>Çocuk Gelişimi-3</w:t>
            </w:r>
          </w:p>
        </w:tc>
        <w:tc>
          <w:tcPr>
            <w:tcW w:w="4297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4ACF4B7A" w14:textId="77777777" w:rsidR="00230A81" w:rsidRDefault="00000000">
            <w:r>
              <w:t>Erken Müdahale-1 (Z)</w:t>
            </w:r>
          </w:p>
        </w:tc>
        <w:tc>
          <w:tcPr>
            <w:tcW w:w="952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0D8F53FA" w14:textId="77777777" w:rsidR="00230A81" w:rsidRDefault="00000000">
            <w:pPr>
              <w:jc w:val="center"/>
            </w:pPr>
            <w:r>
              <w:t>2</w:t>
            </w:r>
          </w:p>
        </w:tc>
        <w:tc>
          <w:tcPr>
            <w:tcW w:w="1650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4E954A54" w14:textId="77777777" w:rsidR="00230A81" w:rsidRDefault="00000000">
            <w:pPr>
              <w:jc w:val="center"/>
            </w:pPr>
            <w:r>
              <w:t>Dosya Teslimi</w:t>
            </w:r>
          </w:p>
        </w:tc>
        <w:tc>
          <w:tcPr>
            <w:tcW w:w="40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50514E4F" w14:textId="77777777" w:rsidR="00230A81" w:rsidRDefault="00000000">
            <w:r>
              <w:t>Doç. Dr. Esin SEZGİN</w:t>
            </w:r>
          </w:p>
        </w:tc>
      </w:tr>
      <w:tr w:rsidR="00230A81" w14:paraId="2F8B3141" w14:textId="77777777">
        <w:trPr>
          <w:cantSplit/>
          <w:jc w:val="center"/>
        </w:trPr>
        <w:tc>
          <w:tcPr>
            <w:tcW w:w="1650" w:type="dxa"/>
            <w:vMerge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65860F3A" w14:textId="77777777" w:rsidR="00230A81" w:rsidRDefault="00230A81"/>
        </w:tc>
        <w:tc>
          <w:tcPr>
            <w:tcW w:w="799" w:type="dxa"/>
            <w:vMerge w:val="restart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6303046D" w14:textId="77777777" w:rsidR="00230A81" w:rsidRDefault="00000000">
            <w:pPr>
              <w:jc w:val="center"/>
            </w:pPr>
            <w:r>
              <w:t>13:00</w:t>
            </w:r>
          </w:p>
        </w:tc>
        <w:tc>
          <w:tcPr>
            <w:tcW w:w="1548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05CDBA12" w14:textId="77777777" w:rsidR="00230A81" w:rsidRDefault="00000000">
            <w:pPr>
              <w:jc w:val="center"/>
            </w:pPr>
            <w:r>
              <w:t>Çocuk Gelişimi-3</w:t>
            </w:r>
          </w:p>
        </w:tc>
        <w:tc>
          <w:tcPr>
            <w:tcW w:w="4297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4067EA4E" w14:textId="77777777" w:rsidR="00230A81" w:rsidRDefault="00000000">
            <w:r>
              <w:t>Uygulamalı Araştırma (1. Şube)</w:t>
            </w:r>
          </w:p>
        </w:tc>
        <w:tc>
          <w:tcPr>
            <w:tcW w:w="952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6D947ACA" w14:textId="77777777" w:rsidR="00230A81" w:rsidRDefault="00000000">
            <w:pPr>
              <w:jc w:val="center"/>
            </w:pPr>
            <w:r>
              <w:t>17</w:t>
            </w:r>
          </w:p>
        </w:tc>
        <w:tc>
          <w:tcPr>
            <w:tcW w:w="1650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74378A05" w14:textId="77777777" w:rsidR="00230A81" w:rsidRDefault="00000000">
            <w:pPr>
              <w:jc w:val="center"/>
            </w:pPr>
            <w:r>
              <w:t>Dosya Teslimi</w:t>
            </w:r>
          </w:p>
        </w:tc>
        <w:tc>
          <w:tcPr>
            <w:tcW w:w="40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11B6DEBA" w14:textId="77777777" w:rsidR="00230A81" w:rsidRDefault="00000000">
            <w:r>
              <w:t>Doç. Dr. Cumhur GÜNGÖR</w:t>
            </w:r>
          </w:p>
        </w:tc>
      </w:tr>
      <w:tr w:rsidR="00230A81" w14:paraId="302A6A00" w14:textId="77777777">
        <w:trPr>
          <w:cantSplit/>
          <w:jc w:val="center"/>
        </w:trPr>
        <w:tc>
          <w:tcPr>
            <w:tcW w:w="1650" w:type="dxa"/>
            <w:vMerge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09ED607C" w14:textId="77777777" w:rsidR="00230A81" w:rsidRDefault="00230A81"/>
        </w:tc>
        <w:tc>
          <w:tcPr>
            <w:tcW w:w="799" w:type="dxa"/>
            <w:vMerge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729B2EAA" w14:textId="77777777" w:rsidR="00230A81" w:rsidRDefault="00230A81"/>
        </w:tc>
        <w:tc>
          <w:tcPr>
            <w:tcW w:w="1548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465A23BF" w14:textId="77777777" w:rsidR="00230A81" w:rsidRDefault="00000000">
            <w:pPr>
              <w:jc w:val="center"/>
            </w:pPr>
            <w:r>
              <w:t>Çocuk Gelişimi-3</w:t>
            </w:r>
          </w:p>
        </w:tc>
        <w:tc>
          <w:tcPr>
            <w:tcW w:w="4297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0B1A371F" w14:textId="77777777" w:rsidR="00230A81" w:rsidRDefault="00000000">
            <w:r>
              <w:t>Uygulamalı Araştırma (2. Şube)</w:t>
            </w:r>
          </w:p>
        </w:tc>
        <w:tc>
          <w:tcPr>
            <w:tcW w:w="952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07C166D9" w14:textId="77777777" w:rsidR="00230A81" w:rsidRDefault="00000000">
            <w:pPr>
              <w:jc w:val="center"/>
            </w:pPr>
            <w:r>
              <w:t>12</w:t>
            </w:r>
          </w:p>
        </w:tc>
        <w:tc>
          <w:tcPr>
            <w:tcW w:w="1650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21934A5B" w14:textId="77777777" w:rsidR="00230A81" w:rsidRDefault="00000000">
            <w:pPr>
              <w:jc w:val="center"/>
            </w:pPr>
            <w:r>
              <w:t>Dosya Teslimi</w:t>
            </w:r>
          </w:p>
        </w:tc>
        <w:tc>
          <w:tcPr>
            <w:tcW w:w="40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2A984F64" w14:textId="77777777" w:rsidR="00230A81" w:rsidRDefault="00000000">
            <w:r>
              <w:t>Doç. Dr. Emine AKKAŞ BAYSAL</w:t>
            </w:r>
          </w:p>
        </w:tc>
      </w:tr>
      <w:tr w:rsidR="00230A81" w14:paraId="6A84E491" w14:textId="77777777">
        <w:trPr>
          <w:cantSplit/>
          <w:jc w:val="center"/>
        </w:trPr>
        <w:tc>
          <w:tcPr>
            <w:tcW w:w="1650" w:type="dxa"/>
            <w:vMerge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66313E17" w14:textId="77777777" w:rsidR="00230A81" w:rsidRDefault="00230A81"/>
        </w:tc>
        <w:tc>
          <w:tcPr>
            <w:tcW w:w="799" w:type="dxa"/>
            <w:vMerge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0A27EC20" w14:textId="77777777" w:rsidR="00230A81" w:rsidRDefault="00230A81"/>
        </w:tc>
        <w:tc>
          <w:tcPr>
            <w:tcW w:w="1548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389A2D17" w14:textId="77777777" w:rsidR="00230A81" w:rsidRDefault="00000000">
            <w:pPr>
              <w:jc w:val="center"/>
            </w:pPr>
            <w:r>
              <w:t>Çocuk Gelişimi-3</w:t>
            </w:r>
          </w:p>
        </w:tc>
        <w:tc>
          <w:tcPr>
            <w:tcW w:w="4297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0DC09E4E" w14:textId="77777777" w:rsidR="00230A81" w:rsidRDefault="00000000">
            <w:r>
              <w:t>Uygulamalı Araştırma (3. Şube)</w:t>
            </w:r>
          </w:p>
        </w:tc>
        <w:tc>
          <w:tcPr>
            <w:tcW w:w="952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3185CCBC" w14:textId="77777777" w:rsidR="00230A81" w:rsidRDefault="00000000">
            <w:pPr>
              <w:jc w:val="center"/>
            </w:pPr>
            <w:r>
              <w:t>22</w:t>
            </w:r>
          </w:p>
        </w:tc>
        <w:tc>
          <w:tcPr>
            <w:tcW w:w="1650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750C1D30" w14:textId="77777777" w:rsidR="00230A81" w:rsidRDefault="00000000">
            <w:pPr>
              <w:jc w:val="center"/>
            </w:pPr>
            <w:r>
              <w:t>Dosya Teslimi</w:t>
            </w:r>
          </w:p>
        </w:tc>
        <w:tc>
          <w:tcPr>
            <w:tcW w:w="40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6CC8B2EB" w14:textId="77777777" w:rsidR="00230A81" w:rsidRDefault="00000000">
            <w:r>
              <w:t>Doç. Dr. Esin SEZGİN</w:t>
            </w:r>
          </w:p>
        </w:tc>
      </w:tr>
      <w:tr w:rsidR="00230A81" w14:paraId="668C6648" w14:textId="77777777">
        <w:trPr>
          <w:cantSplit/>
          <w:jc w:val="center"/>
        </w:trPr>
        <w:tc>
          <w:tcPr>
            <w:tcW w:w="1650" w:type="dxa"/>
            <w:vMerge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074190FB" w14:textId="77777777" w:rsidR="00230A81" w:rsidRDefault="00230A81"/>
        </w:tc>
        <w:tc>
          <w:tcPr>
            <w:tcW w:w="799" w:type="dxa"/>
            <w:vMerge w:val="restart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79639BC9" w14:textId="77777777" w:rsidR="00230A81" w:rsidRDefault="00000000">
            <w:pPr>
              <w:jc w:val="center"/>
            </w:pPr>
            <w:r>
              <w:t>15:00</w:t>
            </w:r>
          </w:p>
        </w:tc>
        <w:tc>
          <w:tcPr>
            <w:tcW w:w="1548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7D5C6D78" w14:textId="77777777" w:rsidR="00230A81" w:rsidRDefault="00000000">
            <w:pPr>
              <w:jc w:val="center"/>
            </w:pPr>
            <w:r>
              <w:t>Çocuk Gelişimi-4</w:t>
            </w:r>
          </w:p>
        </w:tc>
        <w:tc>
          <w:tcPr>
            <w:tcW w:w="4297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5DE093BF" w14:textId="77777777" w:rsidR="00230A81" w:rsidRDefault="00000000">
            <w:r>
              <w:t>Çocuk Gelişimi Uygulaması I (1. Şube)</w:t>
            </w:r>
          </w:p>
        </w:tc>
        <w:tc>
          <w:tcPr>
            <w:tcW w:w="952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0B90E9AC" w14:textId="77777777" w:rsidR="00230A81" w:rsidRDefault="00000000">
            <w:pPr>
              <w:jc w:val="center"/>
            </w:pPr>
            <w:r>
              <w:t>8</w:t>
            </w:r>
          </w:p>
        </w:tc>
        <w:tc>
          <w:tcPr>
            <w:tcW w:w="1650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51611272" w14:textId="77777777" w:rsidR="00230A81" w:rsidRDefault="00000000">
            <w:pPr>
              <w:jc w:val="center"/>
            </w:pPr>
            <w:r>
              <w:t>Dosya Teslimi</w:t>
            </w:r>
          </w:p>
        </w:tc>
        <w:tc>
          <w:tcPr>
            <w:tcW w:w="40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140D8AA4" w14:textId="77777777" w:rsidR="00230A81" w:rsidRDefault="00000000">
            <w:r>
              <w:t>Dr. Öğr. Üyesi Mahmut ERDİL</w:t>
            </w:r>
          </w:p>
        </w:tc>
      </w:tr>
      <w:tr w:rsidR="00230A81" w14:paraId="176D6FB6" w14:textId="77777777">
        <w:trPr>
          <w:cantSplit/>
          <w:jc w:val="center"/>
        </w:trPr>
        <w:tc>
          <w:tcPr>
            <w:tcW w:w="1650" w:type="dxa"/>
            <w:vMerge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333CB48B" w14:textId="77777777" w:rsidR="00230A81" w:rsidRDefault="00230A81"/>
        </w:tc>
        <w:tc>
          <w:tcPr>
            <w:tcW w:w="799" w:type="dxa"/>
            <w:vMerge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3AE710EA" w14:textId="77777777" w:rsidR="00230A81" w:rsidRDefault="00230A81"/>
        </w:tc>
        <w:tc>
          <w:tcPr>
            <w:tcW w:w="1548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4D80A15F" w14:textId="77777777" w:rsidR="00230A81" w:rsidRDefault="00000000">
            <w:pPr>
              <w:jc w:val="center"/>
            </w:pPr>
            <w:r>
              <w:t>Çocuk Gelişimi-4</w:t>
            </w:r>
          </w:p>
        </w:tc>
        <w:tc>
          <w:tcPr>
            <w:tcW w:w="4297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5ABB9479" w14:textId="77777777" w:rsidR="00230A81" w:rsidRDefault="00000000">
            <w:r>
              <w:t>Çocuk Gelişimi Uygulaması I (3. Şube)</w:t>
            </w:r>
          </w:p>
        </w:tc>
        <w:tc>
          <w:tcPr>
            <w:tcW w:w="952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693BD36D" w14:textId="77777777" w:rsidR="00230A81" w:rsidRDefault="00000000">
            <w:pPr>
              <w:jc w:val="center"/>
            </w:pPr>
            <w:r>
              <w:t>19</w:t>
            </w:r>
          </w:p>
        </w:tc>
        <w:tc>
          <w:tcPr>
            <w:tcW w:w="1650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372AE4E6" w14:textId="77777777" w:rsidR="00230A81" w:rsidRDefault="00000000">
            <w:pPr>
              <w:jc w:val="center"/>
            </w:pPr>
            <w:r>
              <w:t>Dosya Teslimi</w:t>
            </w:r>
          </w:p>
        </w:tc>
        <w:tc>
          <w:tcPr>
            <w:tcW w:w="40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039C1F67" w14:textId="77777777" w:rsidR="00230A81" w:rsidRDefault="00000000">
            <w:r>
              <w:t>Doç. Dr. Emine AKKAŞ BAYSAL</w:t>
            </w:r>
          </w:p>
        </w:tc>
      </w:tr>
      <w:tr w:rsidR="00230A81" w14:paraId="1D988055" w14:textId="77777777">
        <w:trPr>
          <w:cantSplit/>
          <w:jc w:val="center"/>
        </w:trPr>
        <w:tc>
          <w:tcPr>
            <w:tcW w:w="1650" w:type="dxa"/>
            <w:vMerge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5C6362EC" w14:textId="77777777" w:rsidR="00230A81" w:rsidRDefault="00230A81"/>
        </w:tc>
        <w:tc>
          <w:tcPr>
            <w:tcW w:w="799" w:type="dxa"/>
            <w:vMerge w:val="restart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6BD6CE59" w14:textId="77777777" w:rsidR="00230A81" w:rsidRDefault="00000000">
            <w:pPr>
              <w:jc w:val="center"/>
            </w:pPr>
            <w:r>
              <w:t>16:00</w:t>
            </w:r>
          </w:p>
        </w:tc>
        <w:tc>
          <w:tcPr>
            <w:tcW w:w="1548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2AB72BA3" w14:textId="77777777" w:rsidR="00230A81" w:rsidRDefault="00000000">
            <w:pPr>
              <w:jc w:val="center"/>
            </w:pPr>
            <w:r>
              <w:t>Çocuk Gelişimi-4</w:t>
            </w:r>
          </w:p>
        </w:tc>
        <w:tc>
          <w:tcPr>
            <w:tcW w:w="4297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5011D711" w14:textId="77777777" w:rsidR="00230A81" w:rsidRDefault="00000000">
            <w:r>
              <w:t>Öğretmenlik Uygulaması (1.–2. Şube)</w:t>
            </w:r>
          </w:p>
        </w:tc>
        <w:tc>
          <w:tcPr>
            <w:tcW w:w="952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5774929F" w14:textId="77777777" w:rsidR="00230A81" w:rsidRDefault="00000000">
            <w:pPr>
              <w:jc w:val="center"/>
            </w:pPr>
            <w:r>
              <w:t>12</w:t>
            </w:r>
          </w:p>
        </w:tc>
        <w:tc>
          <w:tcPr>
            <w:tcW w:w="1650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2E29C9BC" w14:textId="77777777" w:rsidR="00230A81" w:rsidRDefault="00000000">
            <w:pPr>
              <w:jc w:val="center"/>
            </w:pPr>
            <w:r>
              <w:t>Dosya Teslimi</w:t>
            </w:r>
          </w:p>
        </w:tc>
        <w:tc>
          <w:tcPr>
            <w:tcW w:w="40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142D0153" w14:textId="77777777" w:rsidR="00230A81" w:rsidRDefault="00000000">
            <w:r>
              <w:t>Doç. Dr. Esin SEZGİN</w:t>
            </w:r>
          </w:p>
        </w:tc>
      </w:tr>
      <w:tr w:rsidR="00230A81" w14:paraId="55672D64" w14:textId="77777777">
        <w:trPr>
          <w:cantSplit/>
          <w:jc w:val="center"/>
        </w:trPr>
        <w:tc>
          <w:tcPr>
            <w:tcW w:w="1650" w:type="dxa"/>
            <w:vMerge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7E7FF2AD" w14:textId="77777777" w:rsidR="00230A81" w:rsidRDefault="00230A81"/>
        </w:tc>
        <w:tc>
          <w:tcPr>
            <w:tcW w:w="799" w:type="dxa"/>
            <w:vMerge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0D8DC0BA" w14:textId="77777777" w:rsidR="00230A81" w:rsidRDefault="00230A81"/>
        </w:tc>
        <w:tc>
          <w:tcPr>
            <w:tcW w:w="1548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12274603" w14:textId="77777777" w:rsidR="00230A81" w:rsidRDefault="00000000">
            <w:pPr>
              <w:jc w:val="center"/>
            </w:pPr>
            <w:r>
              <w:t>Çocuk Gelişimi-4</w:t>
            </w:r>
          </w:p>
        </w:tc>
        <w:tc>
          <w:tcPr>
            <w:tcW w:w="4297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07B59B8A" w14:textId="77777777" w:rsidR="00230A81" w:rsidRDefault="00000000">
            <w:r>
              <w:t>Öğretmenlik Uygulaması (3.–4. Şube)</w:t>
            </w:r>
          </w:p>
        </w:tc>
        <w:tc>
          <w:tcPr>
            <w:tcW w:w="952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5D1CA452" w14:textId="77777777" w:rsidR="00230A81" w:rsidRDefault="00000000">
            <w:pPr>
              <w:jc w:val="center"/>
            </w:pPr>
            <w:r>
              <w:t>12</w:t>
            </w:r>
          </w:p>
        </w:tc>
        <w:tc>
          <w:tcPr>
            <w:tcW w:w="1650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2ED8B78E" w14:textId="77777777" w:rsidR="00230A81" w:rsidRDefault="00000000">
            <w:pPr>
              <w:jc w:val="center"/>
            </w:pPr>
            <w:r>
              <w:t>Dosya Teslimi</w:t>
            </w:r>
          </w:p>
        </w:tc>
        <w:tc>
          <w:tcPr>
            <w:tcW w:w="40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4B068D4A" w14:textId="77777777" w:rsidR="00230A81" w:rsidRDefault="00000000">
            <w:r>
              <w:t>Doç. Dr. Cumhur GÜNGÖR</w:t>
            </w:r>
          </w:p>
        </w:tc>
      </w:tr>
      <w:tr w:rsidR="00230A81" w14:paraId="52059BAD" w14:textId="77777777">
        <w:trPr>
          <w:cantSplit/>
          <w:jc w:val="center"/>
        </w:trPr>
        <w:tc>
          <w:tcPr>
            <w:tcW w:w="1650" w:type="dxa"/>
            <w:vMerge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7245498A" w14:textId="77777777" w:rsidR="00230A81" w:rsidRDefault="00230A81"/>
        </w:tc>
        <w:tc>
          <w:tcPr>
            <w:tcW w:w="799" w:type="dxa"/>
            <w:vMerge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672328C5" w14:textId="77777777" w:rsidR="00230A81" w:rsidRDefault="00230A81"/>
        </w:tc>
        <w:tc>
          <w:tcPr>
            <w:tcW w:w="1548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4ADFEE4C" w14:textId="77777777" w:rsidR="00230A81" w:rsidRDefault="00000000">
            <w:pPr>
              <w:jc w:val="center"/>
            </w:pPr>
            <w:r>
              <w:t>Çocuk Gelişimi-4</w:t>
            </w:r>
          </w:p>
        </w:tc>
        <w:tc>
          <w:tcPr>
            <w:tcW w:w="4297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0BC5C68F" w14:textId="77777777" w:rsidR="00230A81" w:rsidRDefault="00000000">
            <w:r>
              <w:t>Öğretmenlik Uygulaması (5.–6. Şube)</w:t>
            </w:r>
          </w:p>
        </w:tc>
        <w:tc>
          <w:tcPr>
            <w:tcW w:w="952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3D5F1379" w14:textId="77777777" w:rsidR="00230A81" w:rsidRDefault="00000000">
            <w:pPr>
              <w:jc w:val="center"/>
            </w:pPr>
            <w:r>
              <w:t>12</w:t>
            </w:r>
          </w:p>
        </w:tc>
        <w:tc>
          <w:tcPr>
            <w:tcW w:w="1650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037AD34A" w14:textId="77777777" w:rsidR="00230A81" w:rsidRDefault="00000000">
            <w:pPr>
              <w:jc w:val="center"/>
            </w:pPr>
            <w:r>
              <w:t>Dosya Teslimi</w:t>
            </w:r>
          </w:p>
        </w:tc>
        <w:tc>
          <w:tcPr>
            <w:tcW w:w="409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1A08788E" w14:textId="77777777" w:rsidR="00230A81" w:rsidRDefault="00000000">
            <w:r>
              <w:t>Doç. Dr. Emine AKKAŞ BAYSAL</w:t>
            </w:r>
          </w:p>
        </w:tc>
      </w:tr>
    </w:tbl>
    <w:p w14:paraId="3C322F9D" w14:textId="77777777" w:rsidR="00230A81" w:rsidRDefault="00000000">
      <w:pPr>
        <w:spacing w:before="200" w:after="100"/>
      </w:pPr>
      <w:r>
        <w:rPr>
          <w:b/>
          <w:color w:val="FF0000"/>
          <w:sz w:val="19"/>
        </w:rPr>
        <w:t>YÖS - Yabancı Uyruklu Öğrenciler için ortak zorunlu sınavların yer ve saati aşağıda verilmiştir: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99"/>
        <w:gridCol w:w="2200"/>
        <w:gridCol w:w="5403"/>
        <w:gridCol w:w="4399"/>
      </w:tblGrid>
      <w:tr w:rsidR="00230A81" w14:paraId="15C42077" w14:textId="77777777">
        <w:trPr>
          <w:jc w:val="center"/>
        </w:trPr>
        <w:tc>
          <w:tcPr>
            <w:tcW w:w="299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6C5965DC" w14:textId="77777777" w:rsidR="00230A81" w:rsidRDefault="00000000">
            <w:pPr>
              <w:jc w:val="center"/>
            </w:pPr>
            <w:r>
              <w:rPr>
                <w:b/>
              </w:rPr>
              <w:t>TARİH</w:t>
            </w:r>
          </w:p>
        </w:tc>
        <w:tc>
          <w:tcPr>
            <w:tcW w:w="2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3CA5A23B" w14:textId="77777777" w:rsidR="00230A81" w:rsidRDefault="00000000">
            <w:pPr>
              <w:jc w:val="center"/>
            </w:pPr>
            <w:r>
              <w:rPr>
                <w:b/>
              </w:rPr>
              <w:t>SAAT</w:t>
            </w:r>
          </w:p>
        </w:tc>
        <w:tc>
          <w:tcPr>
            <w:tcW w:w="540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394D8E45" w14:textId="77777777" w:rsidR="00230A81" w:rsidRDefault="00000000">
            <w:r>
              <w:rPr>
                <w:b/>
              </w:rPr>
              <w:t>DERS</w:t>
            </w:r>
          </w:p>
        </w:tc>
        <w:tc>
          <w:tcPr>
            <w:tcW w:w="439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6F57C8ED" w14:textId="77777777" w:rsidR="00230A81" w:rsidRDefault="00000000">
            <w:pPr>
              <w:jc w:val="center"/>
            </w:pPr>
            <w:r>
              <w:rPr>
                <w:b/>
              </w:rPr>
              <w:t>SALON</w:t>
            </w:r>
          </w:p>
        </w:tc>
      </w:tr>
      <w:tr w:rsidR="00230A81" w14:paraId="155B1072" w14:textId="77777777">
        <w:trPr>
          <w:jc w:val="center"/>
        </w:trPr>
        <w:tc>
          <w:tcPr>
            <w:tcW w:w="299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201E2C28" w14:textId="77777777" w:rsidR="00230A81" w:rsidRDefault="00000000">
            <w:pPr>
              <w:jc w:val="center"/>
            </w:pPr>
            <w:r>
              <w:t>11 Kasım 2026</w:t>
            </w:r>
            <w:r>
              <w:br/>
              <w:t>Çarşamba</w:t>
            </w:r>
          </w:p>
        </w:tc>
        <w:tc>
          <w:tcPr>
            <w:tcW w:w="2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4090B37A" w14:textId="77777777" w:rsidR="00230A81" w:rsidRDefault="00000000">
            <w:pPr>
              <w:jc w:val="center"/>
            </w:pPr>
            <w:r>
              <w:t>16:00</w:t>
            </w:r>
          </w:p>
        </w:tc>
        <w:tc>
          <w:tcPr>
            <w:tcW w:w="540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0A422AF6" w14:textId="77777777" w:rsidR="00230A81" w:rsidRDefault="00000000">
            <w:r>
              <w:t>Atatürk İlkeleri ve İnkılap Tarihi I (YÖS)</w:t>
            </w:r>
          </w:p>
        </w:tc>
        <w:tc>
          <w:tcPr>
            <w:tcW w:w="439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2776D877" w14:textId="77777777" w:rsidR="00230A81" w:rsidRDefault="00000000">
            <w:pPr>
              <w:jc w:val="center"/>
            </w:pPr>
            <w:r>
              <w:t>Online</w:t>
            </w:r>
          </w:p>
        </w:tc>
      </w:tr>
      <w:tr w:rsidR="00230A81" w14:paraId="4B096AEC" w14:textId="77777777">
        <w:trPr>
          <w:jc w:val="center"/>
        </w:trPr>
        <w:tc>
          <w:tcPr>
            <w:tcW w:w="299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61929644" w14:textId="77777777" w:rsidR="00230A81" w:rsidRDefault="00000000">
            <w:pPr>
              <w:jc w:val="center"/>
            </w:pPr>
            <w:r>
              <w:t>12 Kasım 2026</w:t>
            </w:r>
            <w:r>
              <w:br/>
              <w:t>Perşembe</w:t>
            </w:r>
          </w:p>
        </w:tc>
        <w:tc>
          <w:tcPr>
            <w:tcW w:w="2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4F9B9907" w14:textId="77777777" w:rsidR="00230A81" w:rsidRDefault="00000000">
            <w:pPr>
              <w:jc w:val="center"/>
            </w:pPr>
            <w:r>
              <w:t>18:00</w:t>
            </w:r>
          </w:p>
        </w:tc>
        <w:tc>
          <w:tcPr>
            <w:tcW w:w="540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1F4A71B8" w14:textId="77777777" w:rsidR="00230A81" w:rsidRDefault="00000000">
            <w:r>
              <w:t>Türk Dili I (YÖS)</w:t>
            </w:r>
          </w:p>
        </w:tc>
        <w:tc>
          <w:tcPr>
            <w:tcW w:w="439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20" w:type="dxa"/>
              <w:left w:w="65" w:type="dxa"/>
              <w:bottom w:w="20" w:type="dxa"/>
              <w:right w:w="55" w:type="dxa"/>
            </w:tcMar>
            <w:vAlign w:val="center"/>
          </w:tcPr>
          <w:p w14:paraId="05F960F6" w14:textId="77777777" w:rsidR="00230A81" w:rsidRDefault="00000000">
            <w:pPr>
              <w:jc w:val="center"/>
            </w:pPr>
            <w:r>
              <w:t>Afyon MYO Amfi 1 ve Amfi 2 (Yüz yüze)</w:t>
            </w:r>
          </w:p>
        </w:tc>
      </w:tr>
    </w:tbl>
    <w:p w14:paraId="4357CA5C" w14:textId="77777777" w:rsidR="00230A81" w:rsidRDefault="00000000">
      <w:pPr>
        <w:spacing w:before="120"/>
        <w:jc w:val="both"/>
      </w:pPr>
      <w:r>
        <w:rPr>
          <w:b/>
          <w:color w:val="FF0000"/>
          <w:sz w:val="19"/>
        </w:rPr>
        <w:t xml:space="preserve">Not-1: </w:t>
      </w:r>
      <w:r>
        <w:rPr>
          <w:sz w:val="19"/>
        </w:rPr>
        <w:t xml:space="preserve">Anadalı Çocuk Gelişimi olup Sosyal Hizmet programında </w:t>
      </w:r>
      <w:r>
        <w:rPr>
          <w:b/>
          <w:sz w:val="19"/>
        </w:rPr>
        <w:t>ÇAP yapan</w:t>
      </w:r>
      <w:r>
        <w:rPr>
          <w:sz w:val="19"/>
        </w:rPr>
        <w:t xml:space="preserve"> öğrencilerin sınav saatlerinde çakışma olması halinde durumlarını </w:t>
      </w:r>
      <w:r>
        <w:rPr>
          <w:b/>
          <w:sz w:val="19"/>
        </w:rPr>
        <w:t>en geç 03.11.2026 tarihine kadar</w:t>
      </w:r>
      <w:r>
        <w:rPr>
          <w:sz w:val="19"/>
        </w:rPr>
        <w:t xml:space="preserve"> Doç. Dr. Esin SEZGİN’e </w:t>
      </w:r>
      <w:r>
        <w:rPr>
          <w:b/>
          <w:sz w:val="19"/>
        </w:rPr>
        <w:t>mail yoluyla</w:t>
      </w:r>
      <w:r>
        <w:rPr>
          <w:sz w:val="19"/>
        </w:rPr>
        <w:t xml:space="preserve"> (esezgin@aku.edu.tr) bildirmeleri gerekmektedir.</w:t>
      </w:r>
    </w:p>
    <w:p w14:paraId="19FAF11C" w14:textId="77777777" w:rsidR="00230A81" w:rsidRDefault="00000000">
      <w:pPr>
        <w:spacing w:before="120"/>
        <w:jc w:val="both"/>
      </w:pPr>
      <w:r>
        <w:rPr>
          <w:b/>
          <w:color w:val="FF0000"/>
          <w:sz w:val="19"/>
        </w:rPr>
        <w:t xml:space="preserve">Not-2: </w:t>
      </w:r>
      <w:r>
        <w:rPr>
          <w:sz w:val="19"/>
        </w:rPr>
        <w:t xml:space="preserve">Sınav tarih, saat ve salonlarına ilişkin </w:t>
      </w:r>
      <w:r>
        <w:rPr>
          <w:b/>
          <w:sz w:val="19"/>
        </w:rPr>
        <w:t>güncellemeler</w:t>
      </w:r>
      <w:r>
        <w:rPr>
          <w:sz w:val="19"/>
        </w:rPr>
        <w:t xml:space="preserve"> yapılabileceğinden, öğrencilerin sınav programına ilişkin duyuruyu </w:t>
      </w:r>
      <w:r>
        <w:rPr>
          <w:b/>
          <w:sz w:val="19"/>
        </w:rPr>
        <w:t>düzenli olarak takip etmeleri</w:t>
      </w:r>
      <w:r>
        <w:rPr>
          <w:sz w:val="19"/>
        </w:rPr>
        <w:t xml:space="preserve"> gerekmektedir.</w:t>
      </w:r>
    </w:p>
    <w:p w14:paraId="4B006FCD" w14:textId="77777777" w:rsidR="00230A81" w:rsidRDefault="00000000">
      <w:pPr>
        <w:spacing w:before="120"/>
        <w:jc w:val="both"/>
      </w:pPr>
      <w:r>
        <w:rPr>
          <w:b/>
          <w:color w:val="FF0000"/>
          <w:sz w:val="19"/>
        </w:rPr>
        <w:t xml:space="preserve">Not-3: </w:t>
      </w:r>
      <w:r>
        <w:rPr>
          <w:sz w:val="19"/>
        </w:rPr>
        <w:t>Psikolojiye Giriş, İstatistik ve İletişim ve Halkla İlişkiler sınavları Sosyal Hizmet Bölümü ile ortak yapılacaktır.</w:t>
      </w:r>
    </w:p>
    <w:sectPr w:rsidR="00230A81" w:rsidSect="00034616">
      <w:footerReference w:type="default" r:id="rId8"/>
      <w:pgSz w:w="16838" w:h="11906"/>
      <w:pgMar w:top="697" w:right="901" w:bottom="697" w:left="901" w:header="340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A978AF" w14:textId="77777777" w:rsidR="00DE2677" w:rsidRDefault="00DE2677">
      <w:r>
        <w:separator/>
      </w:r>
    </w:p>
  </w:endnote>
  <w:endnote w:type="continuationSeparator" w:id="0">
    <w:p w14:paraId="68570A2E" w14:textId="77777777" w:rsidR="00DE2677" w:rsidRDefault="00DE26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15CAD" w14:textId="77777777" w:rsidR="00230A81" w:rsidRDefault="00000000">
    <w:pPr>
      <w:pStyle w:val="AltBilgi"/>
      <w:jc w:val="right"/>
    </w:pPr>
    <w:r>
      <w:rPr>
        <w:b/>
        <w:sz w:val="15"/>
      </w:rPr>
      <w:t>Son Güncelleme: 01.11.2026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8805D6" w14:textId="77777777" w:rsidR="00DE2677" w:rsidRDefault="00DE2677">
      <w:r>
        <w:separator/>
      </w:r>
    </w:p>
  </w:footnote>
  <w:footnote w:type="continuationSeparator" w:id="0">
    <w:p w14:paraId="40991AD6" w14:textId="77777777" w:rsidR="00DE2677" w:rsidRDefault="00DE26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32081994">
    <w:abstractNumId w:val="8"/>
  </w:num>
  <w:num w:numId="2" w16cid:durableId="1000473229">
    <w:abstractNumId w:val="6"/>
  </w:num>
  <w:num w:numId="3" w16cid:durableId="364866271">
    <w:abstractNumId w:val="5"/>
  </w:num>
  <w:num w:numId="4" w16cid:durableId="1687706529">
    <w:abstractNumId w:val="4"/>
  </w:num>
  <w:num w:numId="5" w16cid:durableId="317613252">
    <w:abstractNumId w:val="7"/>
  </w:num>
  <w:num w:numId="6" w16cid:durableId="1693190399">
    <w:abstractNumId w:val="3"/>
  </w:num>
  <w:num w:numId="7" w16cid:durableId="1971087826">
    <w:abstractNumId w:val="2"/>
  </w:num>
  <w:num w:numId="8" w16cid:durableId="925844415">
    <w:abstractNumId w:val="1"/>
  </w:num>
  <w:num w:numId="9" w16cid:durableId="1201534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30A81"/>
    <w:rsid w:val="002426E1"/>
    <w:rsid w:val="0029639D"/>
    <w:rsid w:val="00326F90"/>
    <w:rsid w:val="0054159C"/>
    <w:rsid w:val="00717D3B"/>
    <w:rsid w:val="00AA1D8D"/>
    <w:rsid w:val="00B47730"/>
    <w:rsid w:val="00CB0664"/>
    <w:rsid w:val="00D0757E"/>
    <w:rsid w:val="00DE2677"/>
    <w:rsid w:val="00F14A4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6A5CCE"/>
  <w14:defaultImageDpi w14:val="300"/>
  <w15:docId w15:val="{6B5E2206-B6BA-4C28-8487-6F1F6C81C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7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736</Words>
  <Characters>4199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4926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ASUS</cp:lastModifiedBy>
  <cp:revision>4</cp:revision>
  <dcterms:created xsi:type="dcterms:W3CDTF">2026-11-01T18:20:00Z</dcterms:created>
  <dcterms:modified xsi:type="dcterms:W3CDTF">2026-11-01T18:24:00Z</dcterms:modified>
  <cp:category/>
</cp:coreProperties>
</file>